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1ED9" w14:textId="77777777" w:rsidR="00CF467A" w:rsidRPr="009136E3" w:rsidRDefault="0086219E">
      <w:pPr>
        <w:jc w:val="center"/>
        <w:rPr>
          <w:lang w:val="el-GR"/>
        </w:rPr>
      </w:pPr>
      <w:r w:rsidRPr="009136E3">
        <w:rPr>
          <w:b/>
          <w:sz w:val="36"/>
          <w:lang w:val="el-GR"/>
        </w:rPr>
        <w:t>ΠΡΟΣΚΛΗΣΗ ΥΠΟΒΟΛΗΣ ΠΡΟΣΦΟΡΩΝ</w:t>
      </w:r>
    </w:p>
    <w:p w14:paraId="239034B7" w14:textId="62DBE1DA" w:rsidR="00CF467A" w:rsidRPr="009136E3" w:rsidRDefault="0086219E">
      <w:pPr>
        <w:jc w:val="center"/>
        <w:rPr>
          <w:lang w:val="el-GR"/>
        </w:rPr>
      </w:pPr>
      <w:r w:rsidRPr="009136E3">
        <w:rPr>
          <w:b/>
          <w:sz w:val="28"/>
          <w:lang w:val="el-GR"/>
        </w:rPr>
        <w:t xml:space="preserve">ΠΡΟΜΗΘΕΙΑ ΕΞΟΠΛΙΣΜΟΥ </w:t>
      </w:r>
    </w:p>
    <w:p w14:paraId="6E4307B3" w14:textId="77777777" w:rsidR="00CF467A" w:rsidRPr="009136E3" w:rsidRDefault="0086219E">
      <w:pPr>
        <w:jc w:val="center"/>
        <w:rPr>
          <w:lang w:val="el-GR"/>
        </w:rPr>
      </w:pPr>
      <w:r w:rsidRPr="009136E3">
        <w:rPr>
          <w:i/>
          <w:lang w:val="el-GR"/>
        </w:rPr>
        <w:t>Για τις ανάγκες του Ναυτικού Ομίλου Χανίων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CF467A" w14:paraId="3C6A6186" w14:textId="77777777">
        <w:trPr>
          <w:jc w:val="center"/>
        </w:trPr>
        <w:tc>
          <w:tcPr>
            <w:tcW w:w="5213" w:type="dxa"/>
            <w:shd w:val="clear" w:color="auto" w:fill="D9EAF7"/>
            <w:vAlign w:val="center"/>
          </w:tcPr>
          <w:p w14:paraId="1C8B5936" w14:textId="77777777" w:rsidR="00CF467A" w:rsidRDefault="0086219E">
            <w:r>
              <w:rPr>
                <w:b/>
                <w:sz w:val="16"/>
              </w:rPr>
              <w:t>Φορέας / Σύλλογος</w:t>
            </w:r>
          </w:p>
        </w:tc>
        <w:tc>
          <w:tcPr>
            <w:tcW w:w="5213" w:type="dxa"/>
            <w:vAlign w:val="center"/>
          </w:tcPr>
          <w:p w14:paraId="28EA37C6" w14:textId="77777777" w:rsidR="00CF467A" w:rsidRPr="00E13867" w:rsidRDefault="0086219E" w:rsidP="00E13867">
            <w:pPr>
              <w:jc w:val="center"/>
              <w:rPr>
                <w:b/>
                <w:bCs/>
              </w:rPr>
            </w:pPr>
            <w:r w:rsidRPr="00E13867">
              <w:rPr>
                <w:b/>
                <w:bCs/>
                <w:sz w:val="16"/>
              </w:rPr>
              <w:t>Ναυτικός Όμιλος Χανίων</w:t>
            </w:r>
          </w:p>
        </w:tc>
      </w:tr>
      <w:tr w:rsidR="00CF467A" w14:paraId="37EC02E5" w14:textId="77777777">
        <w:trPr>
          <w:jc w:val="center"/>
        </w:trPr>
        <w:tc>
          <w:tcPr>
            <w:tcW w:w="5213" w:type="dxa"/>
            <w:shd w:val="clear" w:color="auto" w:fill="D9EAF7"/>
            <w:vAlign w:val="center"/>
          </w:tcPr>
          <w:p w14:paraId="582C2D2A" w14:textId="77777777" w:rsidR="00CF467A" w:rsidRDefault="0086219E">
            <w:r>
              <w:rPr>
                <w:b/>
                <w:sz w:val="16"/>
              </w:rPr>
              <w:t>Αριθμός Πρόσκλησης</w:t>
            </w:r>
          </w:p>
        </w:tc>
        <w:tc>
          <w:tcPr>
            <w:tcW w:w="5213" w:type="dxa"/>
            <w:vAlign w:val="center"/>
          </w:tcPr>
          <w:p w14:paraId="31CD9C25" w14:textId="45120AEE" w:rsidR="00CF467A" w:rsidRPr="00E13867" w:rsidRDefault="00E13867" w:rsidP="00E13867">
            <w:pPr>
              <w:jc w:val="center"/>
              <w:rPr>
                <w:b/>
                <w:bCs/>
              </w:rPr>
            </w:pPr>
            <w:r w:rsidRPr="00E13867">
              <w:rPr>
                <w:b/>
                <w:bCs/>
                <w:sz w:val="16"/>
                <w:lang w:val="el-GR"/>
              </w:rPr>
              <w:t>517</w:t>
            </w:r>
          </w:p>
        </w:tc>
      </w:tr>
      <w:tr w:rsidR="00CF467A" w14:paraId="0065AB28" w14:textId="77777777">
        <w:trPr>
          <w:jc w:val="center"/>
        </w:trPr>
        <w:tc>
          <w:tcPr>
            <w:tcW w:w="5213" w:type="dxa"/>
            <w:shd w:val="clear" w:color="auto" w:fill="D9EAF7"/>
            <w:vAlign w:val="center"/>
          </w:tcPr>
          <w:p w14:paraId="7437E1A8" w14:textId="77777777" w:rsidR="00CF467A" w:rsidRDefault="0086219E">
            <w:r>
              <w:rPr>
                <w:b/>
                <w:sz w:val="16"/>
              </w:rPr>
              <w:t>Ημερομηνία</w:t>
            </w:r>
          </w:p>
        </w:tc>
        <w:tc>
          <w:tcPr>
            <w:tcW w:w="5213" w:type="dxa"/>
            <w:vAlign w:val="center"/>
          </w:tcPr>
          <w:p w14:paraId="1ED8DB66" w14:textId="66B91D31" w:rsidR="00CF467A" w:rsidRPr="00E13867" w:rsidRDefault="00E13867" w:rsidP="00E1386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lang w:val="el-GR"/>
              </w:rPr>
              <w:t xml:space="preserve">   </w:t>
            </w:r>
            <w:r w:rsidRPr="00E13867">
              <w:rPr>
                <w:b/>
                <w:bCs/>
                <w:sz w:val="16"/>
                <w:lang w:val="el-GR"/>
              </w:rPr>
              <w:t>10</w:t>
            </w:r>
            <w:r w:rsidR="0086219E" w:rsidRPr="00E13867">
              <w:rPr>
                <w:b/>
                <w:bCs/>
                <w:sz w:val="16"/>
              </w:rPr>
              <w:t xml:space="preserve">/ </w:t>
            </w:r>
            <w:r w:rsidRPr="00E13867">
              <w:rPr>
                <w:b/>
                <w:bCs/>
                <w:sz w:val="16"/>
                <w:lang w:val="el-GR"/>
              </w:rPr>
              <w:t>08</w:t>
            </w:r>
            <w:r w:rsidR="0086219E" w:rsidRPr="00E13867">
              <w:rPr>
                <w:b/>
                <w:bCs/>
                <w:sz w:val="16"/>
              </w:rPr>
              <w:t xml:space="preserve"> /</w:t>
            </w:r>
            <w:r w:rsidRPr="00E13867">
              <w:rPr>
                <w:b/>
                <w:bCs/>
                <w:sz w:val="16"/>
                <w:lang w:val="el-GR"/>
              </w:rPr>
              <w:t>2026</w:t>
            </w:r>
          </w:p>
        </w:tc>
      </w:tr>
      <w:tr w:rsidR="00CF467A" w14:paraId="7E0F7935" w14:textId="77777777">
        <w:trPr>
          <w:jc w:val="center"/>
        </w:trPr>
        <w:tc>
          <w:tcPr>
            <w:tcW w:w="5213" w:type="dxa"/>
            <w:shd w:val="clear" w:color="auto" w:fill="D9EAF7"/>
            <w:vAlign w:val="center"/>
          </w:tcPr>
          <w:p w14:paraId="5763BB80" w14:textId="77777777" w:rsidR="00CF467A" w:rsidRDefault="0086219E">
            <w:r>
              <w:rPr>
                <w:b/>
                <w:sz w:val="16"/>
              </w:rPr>
              <w:t>Προθεσμία υποβολής προσφορών</w:t>
            </w:r>
          </w:p>
        </w:tc>
        <w:tc>
          <w:tcPr>
            <w:tcW w:w="5213" w:type="dxa"/>
            <w:vAlign w:val="center"/>
          </w:tcPr>
          <w:p w14:paraId="281D1085" w14:textId="4F6BF346" w:rsidR="00CF467A" w:rsidRPr="00E13867" w:rsidRDefault="0086219E" w:rsidP="00E13867">
            <w:pPr>
              <w:jc w:val="center"/>
              <w:rPr>
                <w:b/>
                <w:bCs/>
              </w:rPr>
            </w:pPr>
            <w:r w:rsidRPr="00E13867">
              <w:rPr>
                <w:b/>
                <w:bCs/>
                <w:sz w:val="16"/>
              </w:rPr>
              <w:t>__</w:t>
            </w:r>
            <w:r w:rsidR="00E13867">
              <w:rPr>
                <w:b/>
                <w:bCs/>
                <w:sz w:val="16"/>
                <w:lang w:val="el-GR"/>
              </w:rPr>
              <w:t xml:space="preserve">               </w:t>
            </w:r>
            <w:r w:rsidR="00E13867" w:rsidRPr="00E13867">
              <w:rPr>
                <w:b/>
                <w:bCs/>
                <w:sz w:val="16"/>
                <w:lang w:val="el-GR"/>
              </w:rPr>
              <w:t>25</w:t>
            </w:r>
            <w:r w:rsidRPr="00E13867">
              <w:rPr>
                <w:b/>
                <w:bCs/>
                <w:sz w:val="16"/>
              </w:rPr>
              <w:t xml:space="preserve"> /</w:t>
            </w:r>
            <w:r w:rsidR="00E13867" w:rsidRPr="00E13867">
              <w:rPr>
                <w:b/>
                <w:bCs/>
                <w:sz w:val="16"/>
                <w:lang w:val="el-GR"/>
              </w:rPr>
              <w:t>08</w:t>
            </w:r>
            <w:r w:rsidRPr="00E13867">
              <w:rPr>
                <w:b/>
                <w:bCs/>
                <w:sz w:val="16"/>
              </w:rPr>
              <w:t xml:space="preserve"> /</w:t>
            </w:r>
            <w:r w:rsidR="00E13867" w:rsidRPr="00E13867">
              <w:rPr>
                <w:b/>
                <w:bCs/>
                <w:sz w:val="16"/>
                <w:lang w:val="el-GR"/>
              </w:rPr>
              <w:t>2026</w:t>
            </w:r>
            <w:r w:rsidRPr="00E13867">
              <w:rPr>
                <w:b/>
                <w:bCs/>
                <w:sz w:val="16"/>
              </w:rPr>
              <w:t xml:space="preserve"> ________</w:t>
            </w:r>
          </w:p>
        </w:tc>
      </w:tr>
    </w:tbl>
    <w:p w14:paraId="32A9DD9E" w14:textId="5A173414" w:rsidR="00CF467A" w:rsidRPr="000C0075" w:rsidRDefault="000C0075">
      <w:pPr>
        <w:rPr>
          <w:lang w:val="el-GR"/>
        </w:rPr>
      </w:pPr>
      <w:r>
        <w:rPr>
          <w:lang w:val="el-GR"/>
        </w:rPr>
        <w:tab/>
      </w:r>
      <w:r w:rsidR="00E13867">
        <w:rPr>
          <w:lang w:val="el-GR"/>
        </w:rPr>
        <w:t xml:space="preserve"> </w:t>
      </w:r>
    </w:p>
    <w:p w14:paraId="39A7B783" w14:textId="77777777" w:rsidR="00CF467A" w:rsidRDefault="0086219E">
      <w:pPr>
        <w:pStyle w:val="1"/>
      </w:pPr>
      <w:r>
        <w:t>1. Αντικείμενο της πρόσκλησης</w:t>
      </w:r>
    </w:p>
    <w:p w14:paraId="7237F082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 xml:space="preserve">Ο Ναυτικός Όμιλος Χανίων προτίθεται να προμηθευτεί εξοπλισμό για την κάλυψη των αναγκών των αθλητικών και προπονητικών του τμημάτων, συμπεριλαμβανομένων του χώρου γυμναστηρίου και των τμημάτων Καγιάκ και </w:t>
      </w:r>
      <w:r>
        <w:t>SUP</w:t>
      </w:r>
      <w:r w:rsidRPr="009136E3">
        <w:rPr>
          <w:lang w:val="el-GR"/>
        </w:rPr>
        <w:t>. Καλούνται οι ενδιαφερόμενοι προμηθευτές να υποβάλουν οικονομική προσφορά για τα είδη του παρακάτω πίνακα.</w:t>
      </w:r>
    </w:p>
    <w:p w14:paraId="671295D9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Οι αναφορές σε συγκεκριμένο τύπο, μοντέλο ή εμπορική ονομασία είναι ενδεικτικές και αποσκοπούν στην αποσαφήνιση των ζητούμενων τεχνικών χαρακτηριστικών. Γίνονται δεκτές προσφορές για εξοπλισμό ισοδύναμο ή ανώτερο ως προς την ποιότητα, την αντοχή, τη λειτουργικότητα και τις τεχνικές προδιαγραφές, εκτός εάν αναφέρεται διαφορετικά σε ειδική τεχνική απαίτηση.</w:t>
      </w:r>
    </w:p>
    <w:p w14:paraId="4F0B91F4" w14:textId="77777777" w:rsidR="00CF467A" w:rsidRDefault="0086219E">
      <w:pPr>
        <w:pStyle w:val="1"/>
      </w:pPr>
      <w:r>
        <w:t>2. Πίνακας ζητούμενου εξοπλισμού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2606"/>
        <w:gridCol w:w="2606"/>
        <w:gridCol w:w="2606"/>
        <w:gridCol w:w="2729"/>
      </w:tblGrid>
      <w:tr w:rsidR="00CF467A" w14:paraId="71233C68" w14:textId="77777777">
        <w:trPr>
          <w:jc w:val="center"/>
        </w:trPr>
        <w:tc>
          <w:tcPr>
            <w:tcW w:w="2606" w:type="dxa"/>
            <w:shd w:val="clear" w:color="auto" w:fill="B4C7E7"/>
            <w:vAlign w:val="center"/>
          </w:tcPr>
          <w:p w14:paraId="09EB1B9B" w14:textId="77777777" w:rsidR="00CF467A" w:rsidRDefault="0086219E">
            <w:r>
              <w:rPr>
                <w:b/>
                <w:sz w:val="16"/>
              </w:rPr>
              <w:t>Κατηγορία</w:t>
            </w:r>
          </w:p>
        </w:tc>
        <w:tc>
          <w:tcPr>
            <w:tcW w:w="2606" w:type="dxa"/>
            <w:shd w:val="clear" w:color="auto" w:fill="B4C7E7"/>
            <w:vAlign w:val="center"/>
          </w:tcPr>
          <w:p w14:paraId="1B8EB43F" w14:textId="77777777" w:rsidR="00CF467A" w:rsidRDefault="0086219E">
            <w:r>
              <w:rPr>
                <w:b/>
                <w:sz w:val="16"/>
              </w:rPr>
              <w:t>Είδος</w:t>
            </w:r>
          </w:p>
        </w:tc>
        <w:tc>
          <w:tcPr>
            <w:tcW w:w="2606" w:type="dxa"/>
            <w:shd w:val="clear" w:color="auto" w:fill="B4C7E7"/>
            <w:vAlign w:val="center"/>
          </w:tcPr>
          <w:p w14:paraId="4CA58B6F" w14:textId="77777777" w:rsidR="00CF467A" w:rsidRDefault="0086219E">
            <w:r>
              <w:rPr>
                <w:b/>
                <w:sz w:val="16"/>
              </w:rPr>
              <w:t>Ποσότητα</w:t>
            </w:r>
          </w:p>
        </w:tc>
        <w:tc>
          <w:tcPr>
            <w:tcW w:w="2606" w:type="dxa"/>
            <w:shd w:val="clear" w:color="auto" w:fill="B4C7E7"/>
            <w:vAlign w:val="center"/>
          </w:tcPr>
          <w:p w14:paraId="05E30429" w14:textId="77777777" w:rsidR="00CF467A" w:rsidRDefault="0086219E">
            <w:r>
              <w:rPr>
                <w:b/>
                <w:sz w:val="16"/>
              </w:rPr>
              <w:t>Τεχνική περιγραφή / ενδεικτικός τύπος</w:t>
            </w:r>
          </w:p>
        </w:tc>
      </w:tr>
      <w:tr w:rsidR="00CF467A" w14:paraId="432E7BFA" w14:textId="77777777">
        <w:trPr>
          <w:jc w:val="center"/>
        </w:trPr>
        <w:tc>
          <w:tcPr>
            <w:tcW w:w="2606" w:type="dxa"/>
            <w:vAlign w:val="center"/>
          </w:tcPr>
          <w:p w14:paraId="6FD165BA" w14:textId="77777777" w:rsidR="00CF467A" w:rsidRDefault="0086219E">
            <w:r>
              <w:rPr>
                <w:sz w:val="16"/>
              </w:rPr>
              <w:t>Γυμναστήριο – Πόδια</w:t>
            </w:r>
          </w:p>
        </w:tc>
        <w:tc>
          <w:tcPr>
            <w:tcW w:w="2606" w:type="dxa"/>
            <w:vAlign w:val="center"/>
          </w:tcPr>
          <w:p w14:paraId="4F388BD4" w14:textId="77777777" w:rsidR="00CF467A" w:rsidRDefault="0086219E">
            <w:r>
              <w:rPr>
                <w:sz w:val="16"/>
              </w:rPr>
              <w:t>Leg Press</w:t>
            </w:r>
          </w:p>
        </w:tc>
        <w:tc>
          <w:tcPr>
            <w:tcW w:w="2606" w:type="dxa"/>
            <w:vAlign w:val="center"/>
          </w:tcPr>
          <w:p w14:paraId="47591636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3FB5F96C" w14:textId="77777777" w:rsidR="00CF467A" w:rsidRDefault="0086219E">
            <w:r>
              <w:rPr>
                <w:sz w:val="16"/>
              </w:rPr>
              <w:t>Μηχάνημα Leg Press 45° / Linear Leg Press, επαγγελματικού τύπου. Ενδεικτικός τύπος: B-3056-B Angled Leg Press 45° ή Apex Linear Leg Press ή ισοδύναμο.</w:t>
            </w:r>
          </w:p>
        </w:tc>
      </w:tr>
      <w:tr w:rsidR="00CF467A" w14:paraId="4CB74F37" w14:textId="77777777">
        <w:trPr>
          <w:jc w:val="center"/>
        </w:trPr>
        <w:tc>
          <w:tcPr>
            <w:tcW w:w="2606" w:type="dxa"/>
            <w:vAlign w:val="center"/>
          </w:tcPr>
          <w:p w14:paraId="6956F431" w14:textId="77777777" w:rsidR="00CF467A" w:rsidRDefault="0086219E">
            <w:r>
              <w:rPr>
                <w:sz w:val="16"/>
              </w:rPr>
              <w:t>Γυμναστήριο – Πόδια</w:t>
            </w:r>
          </w:p>
        </w:tc>
        <w:tc>
          <w:tcPr>
            <w:tcW w:w="2606" w:type="dxa"/>
            <w:vAlign w:val="center"/>
          </w:tcPr>
          <w:p w14:paraId="47E2FBDA" w14:textId="77777777" w:rsidR="00CF467A" w:rsidRDefault="0086219E">
            <w:r>
              <w:rPr>
                <w:sz w:val="16"/>
              </w:rPr>
              <w:t>Leg Extension</w:t>
            </w:r>
          </w:p>
        </w:tc>
        <w:tc>
          <w:tcPr>
            <w:tcW w:w="2606" w:type="dxa"/>
            <w:vAlign w:val="center"/>
          </w:tcPr>
          <w:p w14:paraId="69E4C44B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084B52E2" w14:textId="77777777" w:rsidR="00CF467A" w:rsidRDefault="0086219E">
            <w:r>
              <w:rPr>
                <w:sz w:val="16"/>
              </w:rPr>
              <w:t>Iso-Lateral Leg Extension, επαγγελματικού τύπου. Ενδεικτικός τύπος: Apex Iso-Lateral Leg Extension ή ισοδύναμο.</w:t>
            </w:r>
          </w:p>
        </w:tc>
      </w:tr>
      <w:tr w:rsidR="00CF467A" w:rsidRPr="00E5409B" w14:paraId="330B4D75" w14:textId="77777777">
        <w:trPr>
          <w:jc w:val="center"/>
        </w:trPr>
        <w:tc>
          <w:tcPr>
            <w:tcW w:w="2606" w:type="dxa"/>
            <w:vAlign w:val="center"/>
          </w:tcPr>
          <w:p w14:paraId="2F66C3C7" w14:textId="77777777" w:rsidR="00CF467A" w:rsidRDefault="0086219E">
            <w:r>
              <w:rPr>
                <w:sz w:val="16"/>
              </w:rPr>
              <w:t>Γυμναστήριο – Πόδια</w:t>
            </w:r>
          </w:p>
        </w:tc>
        <w:tc>
          <w:tcPr>
            <w:tcW w:w="2606" w:type="dxa"/>
            <w:vAlign w:val="center"/>
          </w:tcPr>
          <w:p w14:paraId="1471781F" w14:textId="77777777" w:rsidR="00CF467A" w:rsidRDefault="0086219E">
            <w:r>
              <w:rPr>
                <w:sz w:val="16"/>
              </w:rPr>
              <w:t>Leg Curl</w:t>
            </w:r>
          </w:p>
        </w:tc>
        <w:tc>
          <w:tcPr>
            <w:tcW w:w="2606" w:type="dxa"/>
            <w:vAlign w:val="center"/>
          </w:tcPr>
          <w:p w14:paraId="6019F408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5EB3CEA4" w14:textId="77777777" w:rsidR="00CF467A" w:rsidRPr="009136E3" w:rsidRDefault="0086219E">
            <w:pPr>
              <w:rPr>
                <w:lang w:val="el-GR"/>
              </w:rPr>
            </w:pPr>
            <w:r>
              <w:rPr>
                <w:sz w:val="16"/>
              </w:rPr>
              <w:t>Lying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Leg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Curl</w:t>
            </w:r>
            <w:r w:rsidRPr="009136E3">
              <w:rPr>
                <w:sz w:val="16"/>
                <w:lang w:val="el-GR"/>
              </w:rPr>
              <w:t xml:space="preserve">, επαγγελματικού τύπου. Ενδεικτικός τύπος: </w:t>
            </w:r>
            <w:r>
              <w:rPr>
                <w:sz w:val="16"/>
              </w:rPr>
              <w:t>York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Lying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Leg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Curl</w:t>
            </w:r>
            <w:r w:rsidRPr="009136E3">
              <w:rPr>
                <w:sz w:val="16"/>
                <w:lang w:val="el-GR"/>
              </w:rPr>
              <w:t xml:space="preserve"> 95002 ή ισοδύναμο.</w:t>
            </w:r>
          </w:p>
        </w:tc>
      </w:tr>
      <w:tr w:rsidR="00CF467A" w:rsidRPr="00E5409B" w14:paraId="478CF89A" w14:textId="77777777">
        <w:trPr>
          <w:jc w:val="center"/>
        </w:trPr>
        <w:tc>
          <w:tcPr>
            <w:tcW w:w="2606" w:type="dxa"/>
            <w:vAlign w:val="center"/>
          </w:tcPr>
          <w:p w14:paraId="53A76036" w14:textId="77777777" w:rsidR="00CF467A" w:rsidRDefault="0086219E">
            <w:r>
              <w:rPr>
                <w:sz w:val="16"/>
              </w:rPr>
              <w:t>Γυμναστήριο – Πόδια</w:t>
            </w:r>
          </w:p>
        </w:tc>
        <w:tc>
          <w:tcPr>
            <w:tcW w:w="2606" w:type="dxa"/>
            <w:vAlign w:val="center"/>
          </w:tcPr>
          <w:p w14:paraId="5722E83C" w14:textId="77777777" w:rsidR="00CF467A" w:rsidRDefault="0086219E">
            <w:r>
              <w:rPr>
                <w:sz w:val="16"/>
              </w:rPr>
              <w:t>Abductor / Adductor Machine</w:t>
            </w:r>
          </w:p>
        </w:tc>
        <w:tc>
          <w:tcPr>
            <w:tcW w:w="2606" w:type="dxa"/>
            <w:vAlign w:val="center"/>
          </w:tcPr>
          <w:p w14:paraId="71341FDC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77B7217F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>Μηχάνημα απαγωγών/προσαγωγών, επαγγελματικού τύπου ή ισοδύναμο.</w:t>
            </w:r>
          </w:p>
        </w:tc>
      </w:tr>
      <w:tr w:rsidR="00CF467A" w14:paraId="55B033D2" w14:textId="77777777">
        <w:trPr>
          <w:jc w:val="center"/>
        </w:trPr>
        <w:tc>
          <w:tcPr>
            <w:tcW w:w="2606" w:type="dxa"/>
            <w:vAlign w:val="center"/>
          </w:tcPr>
          <w:p w14:paraId="062A0257" w14:textId="77777777" w:rsidR="00CF467A" w:rsidRDefault="0086219E">
            <w:r>
              <w:rPr>
                <w:sz w:val="16"/>
              </w:rPr>
              <w:t>Γυμναστήριο – Functional</w:t>
            </w:r>
          </w:p>
        </w:tc>
        <w:tc>
          <w:tcPr>
            <w:tcW w:w="2606" w:type="dxa"/>
            <w:vAlign w:val="center"/>
          </w:tcPr>
          <w:p w14:paraId="14A887A5" w14:textId="77777777" w:rsidR="00CF467A" w:rsidRDefault="0086219E">
            <w:r>
              <w:rPr>
                <w:sz w:val="16"/>
              </w:rPr>
              <w:t>Power Bags</w:t>
            </w:r>
          </w:p>
        </w:tc>
        <w:tc>
          <w:tcPr>
            <w:tcW w:w="2606" w:type="dxa"/>
            <w:vAlign w:val="center"/>
          </w:tcPr>
          <w:p w14:paraId="206875B9" w14:textId="77777777" w:rsidR="00CF467A" w:rsidRDefault="0086219E">
            <w:r>
              <w:rPr>
                <w:sz w:val="16"/>
              </w:rPr>
              <w:t>6</w:t>
            </w:r>
          </w:p>
        </w:tc>
        <w:tc>
          <w:tcPr>
            <w:tcW w:w="2606" w:type="dxa"/>
            <w:vAlign w:val="center"/>
          </w:tcPr>
          <w:p w14:paraId="6278F732" w14:textId="77777777" w:rsidR="00CF467A" w:rsidRDefault="0086219E">
            <w:r>
              <w:rPr>
                <w:sz w:val="16"/>
              </w:rPr>
              <w:t>2 × 15 kg, 2 × 25 kg, 2 × 30 kg.</w:t>
            </w:r>
          </w:p>
        </w:tc>
      </w:tr>
      <w:tr w:rsidR="00CF467A" w:rsidRPr="00E5409B" w14:paraId="09FC81C5" w14:textId="77777777">
        <w:trPr>
          <w:jc w:val="center"/>
        </w:trPr>
        <w:tc>
          <w:tcPr>
            <w:tcW w:w="2606" w:type="dxa"/>
            <w:vAlign w:val="center"/>
          </w:tcPr>
          <w:p w14:paraId="63C0E663" w14:textId="77777777" w:rsidR="00CF467A" w:rsidRDefault="0086219E">
            <w:r>
              <w:rPr>
                <w:sz w:val="16"/>
              </w:rPr>
              <w:t>Γυμναστήριο – Πλάτη</w:t>
            </w:r>
          </w:p>
        </w:tc>
        <w:tc>
          <w:tcPr>
            <w:tcW w:w="2606" w:type="dxa"/>
            <w:vAlign w:val="center"/>
          </w:tcPr>
          <w:p w14:paraId="7A5361C4" w14:textId="77777777" w:rsidR="00CF467A" w:rsidRDefault="0086219E">
            <w:r>
              <w:rPr>
                <w:sz w:val="16"/>
              </w:rPr>
              <w:t>Lat Pulldown</w:t>
            </w:r>
          </w:p>
        </w:tc>
        <w:tc>
          <w:tcPr>
            <w:tcW w:w="2606" w:type="dxa"/>
            <w:vAlign w:val="center"/>
          </w:tcPr>
          <w:p w14:paraId="6BDA9B6E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3C89B549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Τροχαλία πλάτης / </w:t>
            </w:r>
            <w:r>
              <w:rPr>
                <w:sz w:val="16"/>
              </w:rPr>
              <w:t>Lat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Pulldown</w:t>
            </w:r>
            <w:r w:rsidRPr="009136E3">
              <w:rPr>
                <w:sz w:val="16"/>
                <w:lang w:val="el-GR"/>
              </w:rPr>
              <w:t xml:space="preserve">, επαγγελματικού τύπου. Ενδεικτικός τύπος: </w:t>
            </w:r>
            <w:r>
              <w:rPr>
                <w:sz w:val="16"/>
              </w:rPr>
              <w:t>U</w:t>
            </w:r>
            <w:r w:rsidRPr="009136E3">
              <w:rPr>
                <w:sz w:val="16"/>
                <w:lang w:val="el-GR"/>
              </w:rPr>
              <w:t>30</w:t>
            </w:r>
            <w:r>
              <w:rPr>
                <w:sz w:val="16"/>
              </w:rPr>
              <w:t>RC</w:t>
            </w:r>
            <w:r w:rsidRPr="009136E3">
              <w:rPr>
                <w:sz w:val="16"/>
                <w:lang w:val="el-GR"/>
              </w:rPr>
              <w:t>-</w:t>
            </w:r>
            <w:r>
              <w:rPr>
                <w:sz w:val="16"/>
              </w:rPr>
              <w:t>B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Pulldown</w:t>
            </w:r>
            <w:r w:rsidRPr="009136E3">
              <w:rPr>
                <w:sz w:val="16"/>
                <w:lang w:val="el-GR"/>
              </w:rPr>
              <w:t xml:space="preserve"> ή ισοδύναμο.</w:t>
            </w:r>
          </w:p>
        </w:tc>
      </w:tr>
      <w:tr w:rsidR="00CF467A" w:rsidRPr="00E5409B" w14:paraId="73E71526" w14:textId="77777777">
        <w:trPr>
          <w:jc w:val="center"/>
        </w:trPr>
        <w:tc>
          <w:tcPr>
            <w:tcW w:w="2606" w:type="dxa"/>
            <w:vAlign w:val="center"/>
          </w:tcPr>
          <w:p w14:paraId="370B2AA6" w14:textId="77777777" w:rsidR="00CF467A" w:rsidRDefault="0086219E">
            <w:r>
              <w:rPr>
                <w:sz w:val="16"/>
              </w:rPr>
              <w:t>Γυμναστήριο – Πλάτη</w:t>
            </w:r>
          </w:p>
        </w:tc>
        <w:tc>
          <w:tcPr>
            <w:tcW w:w="2606" w:type="dxa"/>
            <w:vAlign w:val="center"/>
          </w:tcPr>
          <w:p w14:paraId="426FF21A" w14:textId="77777777" w:rsidR="00CF467A" w:rsidRDefault="0086219E">
            <w:r>
              <w:rPr>
                <w:sz w:val="16"/>
              </w:rPr>
              <w:t>Dorsal / Vertical Row</w:t>
            </w:r>
          </w:p>
        </w:tc>
        <w:tc>
          <w:tcPr>
            <w:tcW w:w="2606" w:type="dxa"/>
            <w:vAlign w:val="center"/>
          </w:tcPr>
          <w:p w14:paraId="5BA7BA71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4CA86993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Μηχάνημα κωπηλατικής / </w:t>
            </w:r>
            <w:r>
              <w:rPr>
                <w:sz w:val="16"/>
              </w:rPr>
              <w:t>Vertical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Row</w:t>
            </w:r>
            <w:r w:rsidRPr="009136E3">
              <w:rPr>
                <w:sz w:val="16"/>
                <w:lang w:val="el-GR"/>
              </w:rPr>
              <w:t xml:space="preserve">, επαγγελματικού τύπου. Ενδεικτικός τύπος: </w:t>
            </w:r>
            <w:r>
              <w:rPr>
                <w:sz w:val="16"/>
              </w:rPr>
              <w:t>U</w:t>
            </w:r>
            <w:r w:rsidRPr="009136E3">
              <w:rPr>
                <w:sz w:val="16"/>
                <w:lang w:val="el-GR"/>
              </w:rPr>
              <w:t>3034</w:t>
            </w:r>
            <w:r>
              <w:rPr>
                <w:sz w:val="16"/>
              </w:rPr>
              <w:t>T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Vertical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Row</w:t>
            </w:r>
            <w:r w:rsidRPr="009136E3">
              <w:rPr>
                <w:sz w:val="16"/>
                <w:lang w:val="el-GR"/>
              </w:rPr>
              <w:t xml:space="preserve"> ή ισοδύναμο.</w:t>
            </w:r>
          </w:p>
        </w:tc>
      </w:tr>
      <w:tr w:rsidR="00CF467A" w:rsidRPr="00E5409B" w14:paraId="1D35EF28" w14:textId="77777777">
        <w:trPr>
          <w:jc w:val="center"/>
        </w:trPr>
        <w:tc>
          <w:tcPr>
            <w:tcW w:w="2606" w:type="dxa"/>
            <w:vAlign w:val="center"/>
          </w:tcPr>
          <w:p w14:paraId="03235077" w14:textId="77777777" w:rsidR="00CF467A" w:rsidRDefault="0086219E">
            <w:r>
              <w:rPr>
                <w:sz w:val="16"/>
              </w:rPr>
              <w:t>Γυμναστήριο – Στήθος</w:t>
            </w:r>
          </w:p>
        </w:tc>
        <w:tc>
          <w:tcPr>
            <w:tcW w:w="2606" w:type="dxa"/>
            <w:vAlign w:val="center"/>
          </w:tcPr>
          <w:p w14:paraId="7CD289DE" w14:textId="77777777" w:rsidR="00CF467A" w:rsidRDefault="0086219E">
            <w:r>
              <w:rPr>
                <w:sz w:val="16"/>
              </w:rPr>
              <w:t>Olympic Flat Bench</w:t>
            </w:r>
          </w:p>
        </w:tc>
        <w:tc>
          <w:tcPr>
            <w:tcW w:w="2606" w:type="dxa"/>
            <w:vAlign w:val="center"/>
          </w:tcPr>
          <w:p w14:paraId="34000309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7F8144B6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>Ολυμπιακός ίσιος πάγκος στήθους, επαγγελματικού τύπου, χωρίς μπάρα και δίσκους, ή ισοδύναμο.</w:t>
            </w:r>
          </w:p>
        </w:tc>
      </w:tr>
      <w:tr w:rsidR="00CF467A" w:rsidRPr="00E5409B" w14:paraId="6BA1A898" w14:textId="77777777">
        <w:trPr>
          <w:jc w:val="center"/>
        </w:trPr>
        <w:tc>
          <w:tcPr>
            <w:tcW w:w="2606" w:type="dxa"/>
            <w:vAlign w:val="center"/>
          </w:tcPr>
          <w:p w14:paraId="3924A0E2" w14:textId="77777777" w:rsidR="00CF467A" w:rsidRDefault="0086219E">
            <w:r>
              <w:rPr>
                <w:sz w:val="16"/>
              </w:rPr>
              <w:t>Γυμναστήριο – Στήθος</w:t>
            </w:r>
          </w:p>
        </w:tc>
        <w:tc>
          <w:tcPr>
            <w:tcW w:w="2606" w:type="dxa"/>
            <w:vAlign w:val="center"/>
          </w:tcPr>
          <w:p w14:paraId="4D3CBF4A" w14:textId="77777777" w:rsidR="00CF467A" w:rsidRDefault="0086219E">
            <w:r>
              <w:rPr>
                <w:sz w:val="16"/>
              </w:rPr>
              <w:t>Chest Press Machine</w:t>
            </w:r>
          </w:p>
        </w:tc>
        <w:tc>
          <w:tcPr>
            <w:tcW w:w="2606" w:type="dxa"/>
            <w:vAlign w:val="center"/>
          </w:tcPr>
          <w:p w14:paraId="2E8354C6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7F57F011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Μηχάνημα πιέσεων στήθους, επαγγελματικού τύπου. Ενδεικτικός τύπος: </w:t>
            </w:r>
            <w:r>
              <w:rPr>
                <w:sz w:val="16"/>
              </w:rPr>
              <w:t>Vertical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Chest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Press</w:t>
            </w:r>
            <w:r w:rsidRPr="009136E3">
              <w:rPr>
                <w:sz w:val="16"/>
                <w:lang w:val="el-GR"/>
              </w:rPr>
              <w:t xml:space="preserve"> ή ισοδύναμο.</w:t>
            </w:r>
          </w:p>
        </w:tc>
      </w:tr>
      <w:tr w:rsidR="00CF467A" w:rsidRPr="00E5409B" w14:paraId="53DA7ED1" w14:textId="77777777">
        <w:trPr>
          <w:jc w:val="center"/>
        </w:trPr>
        <w:tc>
          <w:tcPr>
            <w:tcW w:w="2606" w:type="dxa"/>
            <w:vAlign w:val="center"/>
          </w:tcPr>
          <w:p w14:paraId="33CDC921" w14:textId="77777777" w:rsidR="00CF467A" w:rsidRDefault="0086219E">
            <w:r>
              <w:rPr>
                <w:sz w:val="16"/>
              </w:rPr>
              <w:t>Γυμναστήριο – Πολυμηχανήματα</w:t>
            </w:r>
          </w:p>
        </w:tc>
        <w:tc>
          <w:tcPr>
            <w:tcW w:w="2606" w:type="dxa"/>
            <w:vAlign w:val="center"/>
          </w:tcPr>
          <w:p w14:paraId="78A9BED7" w14:textId="77777777" w:rsidR="00CF467A" w:rsidRDefault="0086219E">
            <w:r>
              <w:rPr>
                <w:sz w:val="16"/>
              </w:rPr>
              <w:t>Smith Machine</w:t>
            </w:r>
          </w:p>
        </w:tc>
        <w:tc>
          <w:tcPr>
            <w:tcW w:w="2606" w:type="dxa"/>
            <w:vAlign w:val="center"/>
          </w:tcPr>
          <w:p w14:paraId="230B45BA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027EC1B9" w14:textId="77777777" w:rsidR="00CF467A" w:rsidRPr="009136E3" w:rsidRDefault="0086219E">
            <w:pPr>
              <w:rPr>
                <w:lang w:val="el-GR"/>
              </w:rPr>
            </w:pPr>
            <w:r>
              <w:rPr>
                <w:sz w:val="16"/>
              </w:rPr>
              <w:t>Smith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Machine</w:t>
            </w:r>
            <w:r w:rsidRPr="009136E3">
              <w:rPr>
                <w:sz w:val="16"/>
                <w:lang w:val="el-GR"/>
              </w:rPr>
              <w:t xml:space="preserve"> επαγγελματικού τύπου, κατάλληλο για ασκήσεις πολλαπλών μυϊκών ομάδων, ή ισοδύναμο.</w:t>
            </w:r>
          </w:p>
        </w:tc>
      </w:tr>
      <w:tr w:rsidR="00CF467A" w14:paraId="747C2000" w14:textId="77777777">
        <w:trPr>
          <w:jc w:val="center"/>
        </w:trPr>
        <w:tc>
          <w:tcPr>
            <w:tcW w:w="2606" w:type="dxa"/>
            <w:vAlign w:val="center"/>
          </w:tcPr>
          <w:p w14:paraId="00400301" w14:textId="77777777" w:rsidR="00CF467A" w:rsidRDefault="0086219E">
            <w:r>
              <w:rPr>
                <w:sz w:val="16"/>
              </w:rPr>
              <w:t>Γυμναστήριο – Πολυμηχανήματα</w:t>
            </w:r>
          </w:p>
        </w:tc>
        <w:tc>
          <w:tcPr>
            <w:tcW w:w="2606" w:type="dxa"/>
            <w:vAlign w:val="center"/>
          </w:tcPr>
          <w:p w14:paraId="32BFF722" w14:textId="77777777" w:rsidR="00CF467A" w:rsidRDefault="0086219E">
            <w:r>
              <w:rPr>
                <w:sz w:val="16"/>
              </w:rPr>
              <w:t>Cross Over / Functional Trainer</w:t>
            </w:r>
          </w:p>
        </w:tc>
        <w:tc>
          <w:tcPr>
            <w:tcW w:w="2606" w:type="dxa"/>
            <w:vAlign w:val="center"/>
          </w:tcPr>
          <w:p w14:paraId="0978AEEB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75DB2DE2" w14:textId="77777777" w:rsidR="00CF467A" w:rsidRDefault="0086219E">
            <w:r>
              <w:rPr>
                <w:sz w:val="16"/>
              </w:rPr>
              <w:t xml:space="preserve">Functional Trainer / Cross Over, </w:t>
            </w:r>
            <w:r>
              <w:rPr>
                <w:sz w:val="16"/>
              </w:rPr>
              <w:lastRenderedPageBreak/>
              <w:t>επαγγελματικού τύπου. Ενδεικτικός τύπος: Viking CFT Functional Trainer ή ισοδύναμο.</w:t>
            </w:r>
          </w:p>
        </w:tc>
      </w:tr>
      <w:tr w:rsidR="00CF467A" w:rsidRPr="00E5409B" w14:paraId="610D7883" w14:textId="77777777">
        <w:trPr>
          <w:jc w:val="center"/>
        </w:trPr>
        <w:tc>
          <w:tcPr>
            <w:tcW w:w="2606" w:type="dxa"/>
            <w:vAlign w:val="center"/>
          </w:tcPr>
          <w:p w14:paraId="58E4853A" w14:textId="77777777" w:rsidR="00CF467A" w:rsidRDefault="0086219E">
            <w:r>
              <w:rPr>
                <w:sz w:val="16"/>
              </w:rPr>
              <w:lastRenderedPageBreak/>
              <w:t>Γυμναστήριο – Πάγκοι</w:t>
            </w:r>
          </w:p>
        </w:tc>
        <w:tc>
          <w:tcPr>
            <w:tcW w:w="2606" w:type="dxa"/>
            <w:vAlign w:val="center"/>
          </w:tcPr>
          <w:p w14:paraId="51D7EB32" w14:textId="77777777" w:rsidR="00CF467A" w:rsidRDefault="0086219E">
            <w:r>
              <w:rPr>
                <w:sz w:val="16"/>
              </w:rPr>
              <w:t>Πάγκος κοιλιακών ρυθμιζόμενος</w:t>
            </w:r>
          </w:p>
        </w:tc>
        <w:tc>
          <w:tcPr>
            <w:tcW w:w="2606" w:type="dxa"/>
            <w:vAlign w:val="center"/>
          </w:tcPr>
          <w:p w14:paraId="6366B0EF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759E9D82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>Ρυθμιζόμενος πάγκος κοιλιακών, επαγγελματικού/ημιεπαγγελματικού τύπου ή ισοδύναμο.</w:t>
            </w:r>
          </w:p>
        </w:tc>
      </w:tr>
      <w:tr w:rsidR="00CF467A" w:rsidRPr="00E5409B" w14:paraId="1D63A897" w14:textId="77777777">
        <w:trPr>
          <w:jc w:val="center"/>
        </w:trPr>
        <w:tc>
          <w:tcPr>
            <w:tcW w:w="2606" w:type="dxa"/>
            <w:vAlign w:val="center"/>
          </w:tcPr>
          <w:p w14:paraId="5CD53632" w14:textId="77777777" w:rsidR="00CF467A" w:rsidRDefault="0086219E">
            <w:r>
              <w:rPr>
                <w:sz w:val="16"/>
              </w:rPr>
              <w:t>Γυμναστήριο – Πάγκοι</w:t>
            </w:r>
          </w:p>
        </w:tc>
        <w:tc>
          <w:tcPr>
            <w:tcW w:w="2606" w:type="dxa"/>
            <w:vAlign w:val="center"/>
          </w:tcPr>
          <w:p w14:paraId="7A8CF89F" w14:textId="77777777" w:rsidR="00CF467A" w:rsidRDefault="0086219E">
            <w:r>
              <w:rPr>
                <w:sz w:val="16"/>
              </w:rPr>
              <w:t>Πάγκος γυμναστικής γενικής χρήσης</w:t>
            </w:r>
          </w:p>
        </w:tc>
        <w:tc>
          <w:tcPr>
            <w:tcW w:w="2606" w:type="dxa"/>
            <w:vAlign w:val="center"/>
          </w:tcPr>
          <w:p w14:paraId="0D2AF183" w14:textId="77777777" w:rsidR="00CF467A" w:rsidRDefault="0086219E">
            <w:r>
              <w:rPr>
                <w:sz w:val="16"/>
              </w:rPr>
              <w:t>1</w:t>
            </w:r>
          </w:p>
        </w:tc>
        <w:tc>
          <w:tcPr>
            <w:tcW w:w="2606" w:type="dxa"/>
            <w:vAlign w:val="center"/>
          </w:tcPr>
          <w:p w14:paraId="437FEAE8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>Πάγκος γυμναστικής γενικής χρήσης, κατάλληλος για ασκήσεις ενδυνάμωσης και ελεύθερα βάρη, επαγγελματικού/ημιεπαγγελματικού τύπου.</w:t>
            </w:r>
          </w:p>
        </w:tc>
      </w:tr>
      <w:tr w:rsidR="00CF467A" w14:paraId="65637E21" w14:textId="77777777">
        <w:trPr>
          <w:jc w:val="center"/>
        </w:trPr>
        <w:tc>
          <w:tcPr>
            <w:tcW w:w="2606" w:type="dxa"/>
            <w:vAlign w:val="center"/>
          </w:tcPr>
          <w:p w14:paraId="13476853" w14:textId="77777777" w:rsidR="00CF467A" w:rsidRDefault="0086219E">
            <w:r>
              <w:rPr>
                <w:sz w:val="16"/>
              </w:rPr>
              <w:t>Γυμναστήριο – Ελεύθερα βάρη</w:t>
            </w:r>
          </w:p>
        </w:tc>
        <w:tc>
          <w:tcPr>
            <w:tcW w:w="2606" w:type="dxa"/>
            <w:vAlign w:val="center"/>
          </w:tcPr>
          <w:p w14:paraId="3579E5DC" w14:textId="77777777" w:rsidR="00CF467A" w:rsidRDefault="0086219E">
            <w:r>
              <w:rPr>
                <w:sz w:val="16"/>
              </w:rPr>
              <w:t>Μεταλλικοί αλτήρες – σε ζεύγη</w:t>
            </w:r>
          </w:p>
        </w:tc>
        <w:tc>
          <w:tcPr>
            <w:tcW w:w="2606" w:type="dxa"/>
            <w:vAlign w:val="center"/>
          </w:tcPr>
          <w:p w14:paraId="2073FB1F" w14:textId="77777777" w:rsidR="00CF467A" w:rsidRDefault="0086219E">
            <w:r>
              <w:rPr>
                <w:sz w:val="16"/>
              </w:rPr>
              <w:t>Ζεύγη</w:t>
            </w:r>
          </w:p>
        </w:tc>
        <w:tc>
          <w:tcPr>
            <w:tcW w:w="2606" w:type="dxa"/>
            <w:vAlign w:val="center"/>
          </w:tcPr>
          <w:p w14:paraId="1C7591B5" w14:textId="77777777" w:rsidR="00CF467A" w:rsidRDefault="0086219E">
            <w:r>
              <w:rPr>
                <w:sz w:val="16"/>
              </w:rPr>
              <w:t>2×4 kg, 2×5 kg, 2×6 kg, 2×7,5 kg, 2×10 kg, 2×12,5 kg, 2×15 kg, 2×17,5 kg, 2×20 kg, 2×25 kg.</w:t>
            </w:r>
          </w:p>
        </w:tc>
      </w:tr>
      <w:tr w:rsidR="00CF467A" w14:paraId="048FAE40" w14:textId="77777777">
        <w:trPr>
          <w:jc w:val="center"/>
        </w:trPr>
        <w:tc>
          <w:tcPr>
            <w:tcW w:w="2606" w:type="dxa"/>
            <w:vAlign w:val="center"/>
          </w:tcPr>
          <w:p w14:paraId="34EAACBA" w14:textId="77777777" w:rsidR="00CF467A" w:rsidRDefault="0086219E">
            <w:r>
              <w:rPr>
                <w:sz w:val="16"/>
              </w:rPr>
              <w:t>Γυμναστήριο – Ελεύθερα βάρη</w:t>
            </w:r>
          </w:p>
        </w:tc>
        <w:tc>
          <w:tcPr>
            <w:tcW w:w="2606" w:type="dxa"/>
            <w:vAlign w:val="center"/>
          </w:tcPr>
          <w:p w14:paraId="29F13543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Αλτήρες </w:t>
            </w:r>
            <w:r>
              <w:rPr>
                <w:sz w:val="16"/>
              </w:rPr>
              <w:t>Neoprene</w:t>
            </w:r>
            <w:r w:rsidRPr="009136E3">
              <w:rPr>
                <w:sz w:val="16"/>
                <w:lang w:val="el-GR"/>
              </w:rPr>
              <w:t xml:space="preserve"> / βινυλίου – σε ζεύγη</w:t>
            </w:r>
          </w:p>
        </w:tc>
        <w:tc>
          <w:tcPr>
            <w:tcW w:w="2606" w:type="dxa"/>
            <w:vAlign w:val="center"/>
          </w:tcPr>
          <w:p w14:paraId="25950F14" w14:textId="77777777" w:rsidR="00CF467A" w:rsidRDefault="0086219E">
            <w:r>
              <w:rPr>
                <w:sz w:val="16"/>
              </w:rPr>
              <w:t>36 ζεύγη</w:t>
            </w:r>
          </w:p>
        </w:tc>
        <w:tc>
          <w:tcPr>
            <w:tcW w:w="2606" w:type="dxa"/>
            <w:vAlign w:val="center"/>
          </w:tcPr>
          <w:p w14:paraId="62702D88" w14:textId="77777777" w:rsidR="00CF467A" w:rsidRDefault="0086219E">
            <w:r>
              <w:rPr>
                <w:sz w:val="16"/>
              </w:rPr>
              <w:t>16 ζεύγη × 1,5 kg, 10 ζεύγη × 2 kg, 10 ζεύγη × 3 kg.</w:t>
            </w:r>
          </w:p>
        </w:tc>
      </w:tr>
      <w:tr w:rsidR="00CF467A" w14:paraId="6B9527DD" w14:textId="77777777">
        <w:trPr>
          <w:jc w:val="center"/>
        </w:trPr>
        <w:tc>
          <w:tcPr>
            <w:tcW w:w="2606" w:type="dxa"/>
            <w:vAlign w:val="center"/>
          </w:tcPr>
          <w:p w14:paraId="171C79AF" w14:textId="77777777" w:rsidR="00CF467A" w:rsidRDefault="0086219E">
            <w:r>
              <w:rPr>
                <w:sz w:val="16"/>
              </w:rPr>
              <w:t>Γυμναστήριο – Ελεύθερα βάρη</w:t>
            </w:r>
          </w:p>
        </w:tc>
        <w:tc>
          <w:tcPr>
            <w:tcW w:w="2606" w:type="dxa"/>
            <w:vAlign w:val="center"/>
          </w:tcPr>
          <w:p w14:paraId="3A74FD66" w14:textId="77777777" w:rsidR="00CF467A" w:rsidRDefault="0086219E">
            <w:r>
              <w:rPr>
                <w:sz w:val="16"/>
              </w:rPr>
              <w:t>Kettlebells</w:t>
            </w:r>
          </w:p>
        </w:tc>
        <w:tc>
          <w:tcPr>
            <w:tcW w:w="2606" w:type="dxa"/>
            <w:vAlign w:val="center"/>
          </w:tcPr>
          <w:p w14:paraId="352A0F31" w14:textId="77777777" w:rsidR="00CF467A" w:rsidRDefault="0086219E">
            <w:r>
              <w:rPr>
                <w:sz w:val="16"/>
              </w:rPr>
              <w:t>9</w:t>
            </w:r>
          </w:p>
        </w:tc>
        <w:tc>
          <w:tcPr>
            <w:tcW w:w="2606" w:type="dxa"/>
            <w:vAlign w:val="center"/>
          </w:tcPr>
          <w:p w14:paraId="29959C2D" w14:textId="77777777" w:rsidR="00CF467A" w:rsidRDefault="0086219E">
            <w:r>
              <w:rPr>
                <w:sz w:val="16"/>
              </w:rPr>
              <w:t>2×10 kg, 2×12 kg, 2×14 kg, 2×16 kg, 1×18 kg, 1×20 kg, 1×25 kg.</w:t>
            </w:r>
          </w:p>
        </w:tc>
      </w:tr>
      <w:tr w:rsidR="00CF467A" w14:paraId="36464A8D" w14:textId="77777777">
        <w:trPr>
          <w:jc w:val="center"/>
        </w:trPr>
        <w:tc>
          <w:tcPr>
            <w:tcW w:w="2606" w:type="dxa"/>
            <w:vAlign w:val="center"/>
          </w:tcPr>
          <w:p w14:paraId="542727FE" w14:textId="77777777" w:rsidR="00CF467A" w:rsidRDefault="0086219E">
            <w:r>
              <w:rPr>
                <w:sz w:val="16"/>
              </w:rPr>
              <w:t>Γυμναστήριο – Ελεύθερα βάρη</w:t>
            </w:r>
          </w:p>
        </w:tc>
        <w:tc>
          <w:tcPr>
            <w:tcW w:w="2606" w:type="dxa"/>
            <w:vAlign w:val="center"/>
          </w:tcPr>
          <w:p w14:paraId="7D362BE3" w14:textId="77777777" w:rsidR="00CF467A" w:rsidRDefault="0086219E">
            <w:r>
              <w:rPr>
                <w:sz w:val="16"/>
              </w:rPr>
              <w:t>Δίσκοι βαρών</w:t>
            </w:r>
          </w:p>
        </w:tc>
        <w:tc>
          <w:tcPr>
            <w:tcW w:w="2606" w:type="dxa"/>
            <w:vAlign w:val="center"/>
          </w:tcPr>
          <w:p w14:paraId="223EA3E5" w14:textId="373AB91A" w:rsidR="00CF467A" w:rsidRDefault="0086219E">
            <w:r>
              <w:rPr>
                <w:sz w:val="16"/>
              </w:rPr>
              <w:t>12</w:t>
            </w:r>
          </w:p>
        </w:tc>
        <w:tc>
          <w:tcPr>
            <w:tcW w:w="2606" w:type="dxa"/>
            <w:vAlign w:val="center"/>
          </w:tcPr>
          <w:p w14:paraId="5822488E" w14:textId="77777777" w:rsidR="00CF467A" w:rsidRDefault="0086219E">
            <w:r>
              <w:rPr>
                <w:sz w:val="16"/>
              </w:rPr>
              <w:t>4×5 kg, 4×10 kg, 2–4×20 kg.</w:t>
            </w:r>
          </w:p>
        </w:tc>
      </w:tr>
      <w:tr w:rsidR="00CF467A" w:rsidRPr="00E5409B" w14:paraId="0D6DE684" w14:textId="77777777">
        <w:trPr>
          <w:jc w:val="center"/>
        </w:trPr>
        <w:tc>
          <w:tcPr>
            <w:tcW w:w="2606" w:type="dxa"/>
            <w:vAlign w:val="center"/>
          </w:tcPr>
          <w:p w14:paraId="41A6CA54" w14:textId="77777777" w:rsidR="00CF467A" w:rsidRDefault="0086219E">
            <w:r>
              <w:rPr>
                <w:sz w:val="16"/>
              </w:rPr>
              <w:t>Γυμναστήριο – Ελεύθερα βάρη</w:t>
            </w:r>
          </w:p>
        </w:tc>
        <w:tc>
          <w:tcPr>
            <w:tcW w:w="2606" w:type="dxa"/>
            <w:vAlign w:val="center"/>
          </w:tcPr>
          <w:p w14:paraId="36ACE0D1" w14:textId="77777777" w:rsidR="00CF467A" w:rsidRDefault="0086219E">
            <w:r>
              <w:rPr>
                <w:sz w:val="16"/>
              </w:rPr>
              <w:t>Κολάρα μπάρας Φ28</w:t>
            </w:r>
          </w:p>
        </w:tc>
        <w:tc>
          <w:tcPr>
            <w:tcW w:w="2606" w:type="dxa"/>
            <w:vAlign w:val="center"/>
          </w:tcPr>
          <w:p w14:paraId="213985C6" w14:textId="77777777" w:rsidR="00CF467A" w:rsidRDefault="0086219E">
            <w:r>
              <w:rPr>
                <w:sz w:val="16"/>
              </w:rPr>
              <w:t>6 ζεύγη</w:t>
            </w:r>
          </w:p>
        </w:tc>
        <w:tc>
          <w:tcPr>
            <w:tcW w:w="2606" w:type="dxa"/>
            <w:vAlign w:val="center"/>
          </w:tcPr>
          <w:p w14:paraId="36CDBA39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>Κολάρα ασφαλείας κατάλληλα για μπάρες διαμέτρου Φ28.</w:t>
            </w:r>
          </w:p>
        </w:tc>
      </w:tr>
      <w:tr w:rsidR="00CF467A" w:rsidRPr="00E5409B" w14:paraId="26E416A3" w14:textId="77777777">
        <w:trPr>
          <w:jc w:val="center"/>
        </w:trPr>
        <w:tc>
          <w:tcPr>
            <w:tcW w:w="2606" w:type="dxa"/>
            <w:vAlign w:val="center"/>
          </w:tcPr>
          <w:p w14:paraId="4C310635" w14:textId="77777777" w:rsidR="00CF467A" w:rsidRDefault="0086219E">
            <w:r>
              <w:rPr>
                <w:sz w:val="16"/>
              </w:rPr>
              <w:t>Γυμναστήριο – Ελεύθερα βάρη</w:t>
            </w:r>
          </w:p>
        </w:tc>
        <w:tc>
          <w:tcPr>
            <w:tcW w:w="2606" w:type="dxa"/>
            <w:vAlign w:val="center"/>
          </w:tcPr>
          <w:p w14:paraId="0FC7F832" w14:textId="77777777" w:rsidR="00CF467A" w:rsidRDefault="0086219E">
            <w:r>
              <w:rPr>
                <w:sz w:val="16"/>
              </w:rPr>
              <w:t>Μπάρες ελεύθερες 1,20 m Φ28</w:t>
            </w:r>
          </w:p>
        </w:tc>
        <w:tc>
          <w:tcPr>
            <w:tcW w:w="2606" w:type="dxa"/>
            <w:vAlign w:val="center"/>
          </w:tcPr>
          <w:p w14:paraId="058960F2" w14:textId="77777777" w:rsidR="00CF467A" w:rsidRDefault="0086219E">
            <w:r>
              <w:rPr>
                <w:sz w:val="16"/>
              </w:rPr>
              <w:t>6</w:t>
            </w:r>
          </w:p>
        </w:tc>
        <w:tc>
          <w:tcPr>
            <w:tcW w:w="2606" w:type="dxa"/>
            <w:vAlign w:val="center"/>
          </w:tcPr>
          <w:p w14:paraId="0258E209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Μπάρες ελεύθερες μήκους 1,20 </w:t>
            </w:r>
            <w:r>
              <w:rPr>
                <w:sz w:val="16"/>
              </w:rPr>
              <w:t>m</w:t>
            </w:r>
            <w:r w:rsidRPr="009136E3">
              <w:rPr>
                <w:sz w:val="16"/>
                <w:lang w:val="el-GR"/>
              </w:rPr>
              <w:t xml:space="preserve"> και διαμέτρου Φ28, επαγγελματικού/ημιεπαγγελματικού τύπου ή ισοδύναμες.</w:t>
            </w:r>
          </w:p>
        </w:tc>
      </w:tr>
      <w:tr w:rsidR="00CF467A" w14:paraId="667C1544" w14:textId="77777777">
        <w:trPr>
          <w:jc w:val="center"/>
        </w:trPr>
        <w:tc>
          <w:tcPr>
            <w:tcW w:w="2606" w:type="dxa"/>
            <w:vAlign w:val="center"/>
          </w:tcPr>
          <w:p w14:paraId="17453ADE" w14:textId="77777777" w:rsidR="00CF467A" w:rsidRDefault="0086219E">
            <w:r>
              <w:rPr>
                <w:sz w:val="16"/>
              </w:rPr>
              <w:t>Γυμναστήριο – Ενδυνάμωση</w:t>
            </w:r>
          </w:p>
        </w:tc>
        <w:tc>
          <w:tcPr>
            <w:tcW w:w="2606" w:type="dxa"/>
            <w:vAlign w:val="center"/>
          </w:tcPr>
          <w:p w14:paraId="55F02459" w14:textId="77777777" w:rsidR="00CF467A" w:rsidRDefault="0086219E">
            <w:r>
              <w:rPr>
                <w:sz w:val="16"/>
              </w:rPr>
              <w:t>Πολύζυγο τοίχου ξύλινο</w:t>
            </w:r>
          </w:p>
        </w:tc>
        <w:tc>
          <w:tcPr>
            <w:tcW w:w="2606" w:type="dxa"/>
            <w:vAlign w:val="center"/>
          </w:tcPr>
          <w:p w14:paraId="78AF5208" w14:textId="77777777" w:rsidR="00CF467A" w:rsidRDefault="0086219E">
            <w:r>
              <w:rPr>
                <w:sz w:val="16"/>
              </w:rPr>
              <w:t>4</w:t>
            </w:r>
          </w:p>
        </w:tc>
        <w:tc>
          <w:tcPr>
            <w:tcW w:w="2606" w:type="dxa"/>
            <w:vAlign w:val="center"/>
          </w:tcPr>
          <w:p w14:paraId="78EAE5BA" w14:textId="77777777" w:rsidR="00CF467A" w:rsidRDefault="0086219E">
            <w:r w:rsidRPr="009136E3">
              <w:rPr>
                <w:sz w:val="16"/>
                <w:lang w:val="el-GR"/>
              </w:rPr>
              <w:t xml:space="preserve">Ξύλινο πολύζυγο τοίχου, υψηλής ποιότητας ξυλεία, περίπου 250×100×24,5 </w:t>
            </w:r>
            <w:r>
              <w:rPr>
                <w:sz w:val="16"/>
              </w:rPr>
              <w:t>cm</w:t>
            </w:r>
            <w:r w:rsidRPr="009136E3">
              <w:rPr>
                <w:sz w:val="16"/>
                <w:lang w:val="el-GR"/>
              </w:rPr>
              <w:t xml:space="preserve">, μπάρες Ø4 </w:t>
            </w:r>
            <w:r>
              <w:rPr>
                <w:sz w:val="16"/>
              </w:rPr>
              <w:t>cm</w:t>
            </w:r>
            <w:r w:rsidRPr="009136E3">
              <w:rPr>
                <w:sz w:val="16"/>
                <w:lang w:val="el-GR"/>
              </w:rPr>
              <w:t xml:space="preserve">, αντοχή τουλάχιστον 120 </w:t>
            </w:r>
            <w:r>
              <w:rPr>
                <w:sz w:val="16"/>
              </w:rPr>
              <w:t>kg</w:t>
            </w:r>
            <w:r w:rsidRPr="009136E3">
              <w:rPr>
                <w:sz w:val="16"/>
                <w:lang w:val="el-GR"/>
              </w:rPr>
              <w:t xml:space="preserve">, με ασφαλή στερέωση στον τοίχο. </w:t>
            </w:r>
            <w:r>
              <w:rPr>
                <w:sz w:val="16"/>
              </w:rPr>
              <w:t>Ενδεικτικός τύπος: STAG 70065 ή ισοδύναμο/ανώτερο.</w:t>
            </w:r>
          </w:p>
        </w:tc>
      </w:tr>
      <w:tr w:rsidR="00CF467A" w:rsidRPr="00E5409B" w14:paraId="05B56A12" w14:textId="77777777">
        <w:trPr>
          <w:jc w:val="center"/>
        </w:trPr>
        <w:tc>
          <w:tcPr>
            <w:tcW w:w="2606" w:type="dxa"/>
            <w:vAlign w:val="center"/>
          </w:tcPr>
          <w:p w14:paraId="4148C5EB" w14:textId="77777777" w:rsidR="00CF467A" w:rsidRDefault="0086219E">
            <w:r>
              <w:rPr>
                <w:sz w:val="16"/>
              </w:rPr>
              <w:t>Γυμναστήριο – Ενδυνάμωση / Δάπεδο</w:t>
            </w:r>
          </w:p>
        </w:tc>
        <w:tc>
          <w:tcPr>
            <w:tcW w:w="2606" w:type="dxa"/>
            <w:vAlign w:val="center"/>
          </w:tcPr>
          <w:p w14:paraId="1FDD97A6" w14:textId="77777777" w:rsidR="00CF467A" w:rsidRDefault="0086219E">
            <w:r>
              <w:rPr>
                <w:sz w:val="16"/>
              </w:rPr>
              <w:t>Στρώμα γυμναστικής</w:t>
            </w:r>
          </w:p>
        </w:tc>
        <w:tc>
          <w:tcPr>
            <w:tcW w:w="2606" w:type="dxa"/>
            <w:vAlign w:val="center"/>
          </w:tcPr>
          <w:p w14:paraId="130F7587" w14:textId="77777777" w:rsidR="00CF467A" w:rsidRDefault="0086219E">
            <w:r>
              <w:rPr>
                <w:sz w:val="16"/>
              </w:rPr>
              <w:t>15</w:t>
            </w:r>
          </w:p>
        </w:tc>
        <w:tc>
          <w:tcPr>
            <w:tcW w:w="2606" w:type="dxa"/>
            <w:vAlign w:val="center"/>
          </w:tcPr>
          <w:p w14:paraId="531C74B0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Διαστάσεις περίπου 200×100×10 </w:t>
            </w:r>
            <w:r>
              <w:rPr>
                <w:sz w:val="16"/>
              </w:rPr>
              <w:t>cm</w:t>
            </w:r>
            <w:r w:rsidRPr="009136E3">
              <w:rPr>
                <w:sz w:val="16"/>
                <w:lang w:val="el-GR"/>
              </w:rPr>
              <w:t>, τύπου δερματίνης/</w:t>
            </w:r>
            <w:r>
              <w:rPr>
                <w:sz w:val="16"/>
              </w:rPr>
              <w:t>foam</w:t>
            </w:r>
            <w:r w:rsidRPr="009136E3">
              <w:rPr>
                <w:sz w:val="16"/>
                <w:lang w:val="el-GR"/>
              </w:rPr>
              <w:t>, κατάλληλο για συστηματική χρήση σε τμήματα γυμναστικής, ή ισοδύναμο.</w:t>
            </w:r>
          </w:p>
        </w:tc>
      </w:tr>
      <w:tr w:rsidR="00CF467A" w:rsidRPr="00E5409B" w14:paraId="7CE6C6E3" w14:textId="77777777">
        <w:trPr>
          <w:jc w:val="center"/>
        </w:trPr>
        <w:tc>
          <w:tcPr>
            <w:tcW w:w="2606" w:type="dxa"/>
            <w:vAlign w:val="center"/>
          </w:tcPr>
          <w:p w14:paraId="1BB2D7C2" w14:textId="77777777" w:rsidR="00CF467A" w:rsidRDefault="0086219E">
            <w:r>
              <w:rPr>
                <w:sz w:val="16"/>
              </w:rPr>
              <w:t>Γυμναστήριο – Functional</w:t>
            </w:r>
          </w:p>
        </w:tc>
        <w:tc>
          <w:tcPr>
            <w:tcW w:w="2606" w:type="dxa"/>
            <w:vAlign w:val="center"/>
          </w:tcPr>
          <w:p w14:paraId="370BEF31" w14:textId="77777777" w:rsidR="00CF467A" w:rsidRDefault="0086219E">
            <w:r>
              <w:rPr>
                <w:sz w:val="16"/>
              </w:rPr>
              <w:t>FitBall</w:t>
            </w:r>
          </w:p>
        </w:tc>
        <w:tc>
          <w:tcPr>
            <w:tcW w:w="2606" w:type="dxa"/>
            <w:vAlign w:val="center"/>
          </w:tcPr>
          <w:p w14:paraId="5FE3E9BD" w14:textId="77777777" w:rsidR="00CF467A" w:rsidRDefault="0086219E">
            <w:r>
              <w:rPr>
                <w:sz w:val="16"/>
              </w:rPr>
              <w:t>10</w:t>
            </w:r>
          </w:p>
        </w:tc>
        <w:tc>
          <w:tcPr>
            <w:tcW w:w="2606" w:type="dxa"/>
            <w:vAlign w:val="center"/>
          </w:tcPr>
          <w:p w14:paraId="458AE7AE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Μπάλα γυμναστικής διαμέτρου 65 </w:t>
            </w:r>
            <w:r>
              <w:rPr>
                <w:sz w:val="16"/>
              </w:rPr>
              <w:t>cm</w:t>
            </w:r>
            <w:r w:rsidRPr="009136E3">
              <w:rPr>
                <w:sz w:val="16"/>
                <w:lang w:val="el-GR"/>
              </w:rPr>
              <w:t>, κατάλληλη για ασκήσεις ενδυνάμωσης, ισορροπίας και λειτουργικής προπόνησης.</w:t>
            </w:r>
          </w:p>
        </w:tc>
      </w:tr>
      <w:tr w:rsidR="00CF467A" w:rsidRPr="00E5409B" w14:paraId="6B63FBAA" w14:textId="77777777">
        <w:trPr>
          <w:jc w:val="center"/>
        </w:trPr>
        <w:tc>
          <w:tcPr>
            <w:tcW w:w="2606" w:type="dxa"/>
            <w:vAlign w:val="center"/>
          </w:tcPr>
          <w:p w14:paraId="3C68FA03" w14:textId="77777777" w:rsidR="00CF467A" w:rsidRDefault="0086219E">
            <w:r>
              <w:rPr>
                <w:sz w:val="16"/>
              </w:rPr>
              <w:t>Γυμναστήριο – Αερόβια</w:t>
            </w:r>
          </w:p>
        </w:tc>
        <w:tc>
          <w:tcPr>
            <w:tcW w:w="2606" w:type="dxa"/>
            <w:vAlign w:val="center"/>
          </w:tcPr>
          <w:p w14:paraId="224C0F32" w14:textId="77777777" w:rsidR="00CF467A" w:rsidRDefault="0086219E">
            <w:r>
              <w:rPr>
                <w:sz w:val="16"/>
              </w:rPr>
              <w:t>Air Bike / Ποδήλατο</w:t>
            </w:r>
          </w:p>
        </w:tc>
        <w:tc>
          <w:tcPr>
            <w:tcW w:w="2606" w:type="dxa"/>
            <w:vAlign w:val="center"/>
          </w:tcPr>
          <w:p w14:paraId="5AEFBD4A" w14:textId="61700C34" w:rsidR="00CF467A" w:rsidRDefault="0086219E">
            <w:r>
              <w:rPr>
                <w:sz w:val="16"/>
              </w:rPr>
              <w:t>2</w:t>
            </w:r>
          </w:p>
        </w:tc>
        <w:tc>
          <w:tcPr>
            <w:tcW w:w="2606" w:type="dxa"/>
            <w:vAlign w:val="center"/>
          </w:tcPr>
          <w:p w14:paraId="3A3DAEB4" w14:textId="77777777" w:rsidR="00CF467A" w:rsidRPr="009136E3" w:rsidRDefault="0086219E">
            <w:pPr>
              <w:rPr>
                <w:lang w:val="el-GR"/>
              </w:rPr>
            </w:pPr>
            <w:r>
              <w:rPr>
                <w:sz w:val="16"/>
              </w:rPr>
              <w:t>Air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Bike</w:t>
            </w:r>
            <w:r w:rsidRPr="009136E3">
              <w:rPr>
                <w:sz w:val="16"/>
                <w:lang w:val="el-GR"/>
              </w:rPr>
              <w:t xml:space="preserve"> ή ποδήλατο προπόνησης, επαγγελματικού/ημιεπαγγελματικού τύπου. Ενδεικτικοί τύποι: </w:t>
            </w:r>
            <w:r>
              <w:rPr>
                <w:sz w:val="16"/>
              </w:rPr>
              <w:t>GearUp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Air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Bike</w:t>
            </w:r>
            <w:r w:rsidRPr="009136E3">
              <w:rPr>
                <w:sz w:val="16"/>
                <w:lang w:val="el-GR"/>
              </w:rPr>
              <w:t xml:space="preserve"> ή </w:t>
            </w:r>
            <w:r>
              <w:rPr>
                <w:sz w:val="16"/>
              </w:rPr>
              <w:t>Gear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Up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Bike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Trainer</w:t>
            </w:r>
            <w:r w:rsidRPr="009136E3">
              <w:rPr>
                <w:sz w:val="16"/>
                <w:lang w:val="el-GR"/>
              </w:rPr>
              <w:t xml:space="preserve"> ή ισοδύναμο.</w:t>
            </w:r>
          </w:p>
        </w:tc>
      </w:tr>
      <w:tr w:rsidR="00CF467A" w14:paraId="421F40A7" w14:textId="77777777">
        <w:trPr>
          <w:jc w:val="center"/>
        </w:trPr>
        <w:tc>
          <w:tcPr>
            <w:tcW w:w="2606" w:type="dxa"/>
            <w:vAlign w:val="center"/>
          </w:tcPr>
          <w:p w14:paraId="75BAA583" w14:textId="77777777" w:rsidR="00CF467A" w:rsidRDefault="0086219E">
            <w:r>
              <w:rPr>
                <w:sz w:val="16"/>
              </w:rPr>
              <w:t>Γυμναστήριο – Αερόβια</w:t>
            </w:r>
          </w:p>
        </w:tc>
        <w:tc>
          <w:tcPr>
            <w:tcW w:w="2606" w:type="dxa"/>
            <w:vAlign w:val="center"/>
          </w:tcPr>
          <w:p w14:paraId="146C7D11" w14:textId="77777777" w:rsidR="00CF467A" w:rsidRDefault="0086219E">
            <w:r>
              <w:rPr>
                <w:sz w:val="16"/>
              </w:rPr>
              <w:t>Ski Ergometer / Ski Trainer</w:t>
            </w:r>
          </w:p>
        </w:tc>
        <w:tc>
          <w:tcPr>
            <w:tcW w:w="2606" w:type="dxa"/>
            <w:vAlign w:val="center"/>
          </w:tcPr>
          <w:p w14:paraId="2106AD00" w14:textId="5D11F7C4" w:rsidR="00CF467A" w:rsidRDefault="0086219E">
            <w:r>
              <w:rPr>
                <w:sz w:val="16"/>
              </w:rPr>
              <w:t>2</w:t>
            </w:r>
          </w:p>
        </w:tc>
        <w:tc>
          <w:tcPr>
            <w:tcW w:w="2606" w:type="dxa"/>
            <w:vAlign w:val="center"/>
          </w:tcPr>
          <w:p w14:paraId="182798D7" w14:textId="77777777" w:rsidR="00CF467A" w:rsidRDefault="0086219E">
            <w:r w:rsidRPr="009136E3">
              <w:rPr>
                <w:sz w:val="16"/>
                <w:lang w:val="el-GR"/>
              </w:rPr>
              <w:t xml:space="preserve">Εργομετρικό </w:t>
            </w:r>
            <w:r>
              <w:rPr>
                <w:sz w:val="16"/>
              </w:rPr>
              <w:t>Ski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Trainer</w:t>
            </w:r>
            <w:r w:rsidRPr="009136E3">
              <w:rPr>
                <w:sz w:val="16"/>
                <w:lang w:val="el-GR"/>
              </w:rPr>
              <w:t xml:space="preserve">, κατάλληλο για αερόβια και λειτουργική προπόνηση. </w:t>
            </w:r>
            <w:r>
              <w:rPr>
                <w:sz w:val="16"/>
              </w:rPr>
              <w:t>Ενδεικτικός τύπος: GearUp Ski Trainer ή ισοδύναμο.</w:t>
            </w:r>
          </w:p>
        </w:tc>
      </w:tr>
      <w:tr w:rsidR="00CF467A" w:rsidRPr="00E5409B" w14:paraId="3194B9A5" w14:textId="77777777">
        <w:trPr>
          <w:jc w:val="center"/>
        </w:trPr>
        <w:tc>
          <w:tcPr>
            <w:tcW w:w="2606" w:type="dxa"/>
            <w:vAlign w:val="center"/>
          </w:tcPr>
          <w:p w14:paraId="44002A9F" w14:textId="77777777" w:rsidR="00CF467A" w:rsidRDefault="0086219E">
            <w:r>
              <w:rPr>
                <w:sz w:val="16"/>
              </w:rPr>
              <w:t>Καγιάκ / SUP</w:t>
            </w:r>
          </w:p>
        </w:tc>
        <w:tc>
          <w:tcPr>
            <w:tcW w:w="2606" w:type="dxa"/>
            <w:vAlign w:val="center"/>
          </w:tcPr>
          <w:p w14:paraId="556FFB70" w14:textId="77777777" w:rsidR="00CF467A" w:rsidRDefault="0086219E">
            <w:r>
              <w:rPr>
                <w:sz w:val="16"/>
              </w:rPr>
              <w:t>NELO K1 Quattro A1</w:t>
            </w:r>
          </w:p>
        </w:tc>
        <w:tc>
          <w:tcPr>
            <w:tcW w:w="2606" w:type="dxa"/>
            <w:vAlign w:val="center"/>
          </w:tcPr>
          <w:p w14:paraId="440DE42F" w14:textId="77777777" w:rsidR="00CF467A" w:rsidRDefault="0086219E">
            <w:r>
              <w:rPr>
                <w:sz w:val="16"/>
              </w:rPr>
              <w:t>8</w:t>
            </w:r>
          </w:p>
        </w:tc>
        <w:tc>
          <w:tcPr>
            <w:tcW w:w="2606" w:type="dxa"/>
            <w:vAlign w:val="center"/>
          </w:tcPr>
          <w:p w14:paraId="63F7B983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Αγωνιστικό </w:t>
            </w:r>
            <w:r>
              <w:rPr>
                <w:sz w:val="16"/>
              </w:rPr>
              <w:t>kayak</w:t>
            </w:r>
            <w:r w:rsidRPr="009136E3">
              <w:rPr>
                <w:sz w:val="16"/>
                <w:lang w:val="el-GR"/>
              </w:rPr>
              <w:t xml:space="preserve"> τύπου </w:t>
            </w:r>
            <w:r>
              <w:rPr>
                <w:sz w:val="16"/>
              </w:rPr>
              <w:t>K</w:t>
            </w:r>
            <w:r w:rsidRPr="009136E3">
              <w:rPr>
                <w:sz w:val="16"/>
                <w:lang w:val="el-GR"/>
              </w:rPr>
              <w:t xml:space="preserve">1 </w:t>
            </w:r>
            <w:r>
              <w:rPr>
                <w:sz w:val="16"/>
              </w:rPr>
              <w:t>Quattro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A</w:t>
            </w:r>
            <w:r w:rsidRPr="009136E3">
              <w:rPr>
                <w:sz w:val="16"/>
                <w:lang w:val="el-GR"/>
              </w:rPr>
              <w:t>1 ή τεχνικά ισοδύναμο/ανώτερο.</w:t>
            </w:r>
          </w:p>
        </w:tc>
      </w:tr>
      <w:tr w:rsidR="00CF467A" w:rsidRPr="00E5409B" w14:paraId="177A3856" w14:textId="77777777">
        <w:trPr>
          <w:jc w:val="center"/>
        </w:trPr>
        <w:tc>
          <w:tcPr>
            <w:tcW w:w="2606" w:type="dxa"/>
            <w:vAlign w:val="center"/>
          </w:tcPr>
          <w:p w14:paraId="31A2CDBA" w14:textId="77777777" w:rsidR="00CF467A" w:rsidRDefault="0086219E">
            <w:r>
              <w:rPr>
                <w:sz w:val="16"/>
              </w:rPr>
              <w:t>Καγιάκ / SUP</w:t>
            </w:r>
          </w:p>
        </w:tc>
        <w:tc>
          <w:tcPr>
            <w:tcW w:w="2606" w:type="dxa"/>
            <w:vAlign w:val="center"/>
          </w:tcPr>
          <w:p w14:paraId="4DBB29CB" w14:textId="77777777" w:rsidR="00CF467A" w:rsidRDefault="0086219E">
            <w:r>
              <w:rPr>
                <w:sz w:val="16"/>
              </w:rPr>
              <w:t>NELO Mini Viper Double A1</w:t>
            </w:r>
          </w:p>
        </w:tc>
        <w:tc>
          <w:tcPr>
            <w:tcW w:w="2606" w:type="dxa"/>
            <w:vAlign w:val="center"/>
          </w:tcPr>
          <w:p w14:paraId="203F26B1" w14:textId="77777777" w:rsidR="00CF467A" w:rsidRDefault="0086219E">
            <w:r>
              <w:rPr>
                <w:sz w:val="16"/>
              </w:rPr>
              <w:t>2</w:t>
            </w:r>
          </w:p>
        </w:tc>
        <w:tc>
          <w:tcPr>
            <w:tcW w:w="2606" w:type="dxa"/>
            <w:vAlign w:val="center"/>
          </w:tcPr>
          <w:p w14:paraId="31BC14E4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Αγωνιστικό διπλό </w:t>
            </w:r>
            <w:r>
              <w:rPr>
                <w:sz w:val="16"/>
              </w:rPr>
              <w:t>kayak</w:t>
            </w:r>
            <w:r w:rsidRPr="009136E3">
              <w:rPr>
                <w:sz w:val="16"/>
                <w:lang w:val="el-GR"/>
              </w:rPr>
              <w:t xml:space="preserve"> τύπου </w:t>
            </w:r>
            <w:r>
              <w:rPr>
                <w:sz w:val="16"/>
              </w:rPr>
              <w:t>Mini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Viper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Double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A</w:t>
            </w:r>
            <w:r w:rsidRPr="009136E3">
              <w:rPr>
                <w:sz w:val="16"/>
                <w:lang w:val="el-GR"/>
              </w:rPr>
              <w:t>1 ή τεχνικά ισοδύναμο/ανώτερο.</w:t>
            </w:r>
          </w:p>
        </w:tc>
      </w:tr>
      <w:tr w:rsidR="00CF467A" w:rsidRPr="00E5409B" w14:paraId="0F13D5CA" w14:textId="77777777">
        <w:trPr>
          <w:jc w:val="center"/>
        </w:trPr>
        <w:tc>
          <w:tcPr>
            <w:tcW w:w="2606" w:type="dxa"/>
            <w:vAlign w:val="center"/>
          </w:tcPr>
          <w:p w14:paraId="46CFF5FC" w14:textId="77777777" w:rsidR="00CF467A" w:rsidRDefault="0086219E">
            <w:r>
              <w:rPr>
                <w:sz w:val="16"/>
              </w:rPr>
              <w:t>Καγιάκ / SUP</w:t>
            </w:r>
          </w:p>
        </w:tc>
        <w:tc>
          <w:tcPr>
            <w:tcW w:w="2606" w:type="dxa"/>
            <w:vAlign w:val="center"/>
          </w:tcPr>
          <w:p w14:paraId="331CADF9" w14:textId="77777777" w:rsidR="00CF467A" w:rsidRDefault="0086219E">
            <w:r>
              <w:rPr>
                <w:sz w:val="16"/>
              </w:rPr>
              <w:t>NELO 61 Surf Ski WWR</w:t>
            </w:r>
          </w:p>
        </w:tc>
        <w:tc>
          <w:tcPr>
            <w:tcW w:w="2606" w:type="dxa"/>
            <w:vAlign w:val="center"/>
          </w:tcPr>
          <w:p w14:paraId="6E4AF2BC" w14:textId="77777777" w:rsidR="00CF467A" w:rsidRDefault="0086219E">
            <w:r>
              <w:rPr>
                <w:sz w:val="16"/>
              </w:rPr>
              <w:t>3</w:t>
            </w:r>
          </w:p>
        </w:tc>
        <w:tc>
          <w:tcPr>
            <w:tcW w:w="2606" w:type="dxa"/>
            <w:vAlign w:val="center"/>
          </w:tcPr>
          <w:p w14:paraId="4C4F08DD" w14:textId="77777777" w:rsidR="00CF467A" w:rsidRPr="009136E3" w:rsidRDefault="0086219E">
            <w:pPr>
              <w:rPr>
                <w:lang w:val="el-GR"/>
              </w:rPr>
            </w:pPr>
            <w:r>
              <w:rPr>
                <w:sz w:val="16"/>
              </w:rPr>
              <w:t>Surf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Ski</w:t>
            </w:r>
            <w:r w:rsidRPr="009136E3">
              <w:rPr>
                <w:sz w:val="16"/>
                <w:lang w:val="el-GR"/>
              </w:rPr>
              <w:t xml:space="preserve"> τύπου </w:t>
            </w:r>
            <w:r>
              <w:rPr>
                <w:sz w:val="16"/>
              </w:rPr>
              <w:t>NELO</w:t>
            </w:r>
            <w:r w:rsidRPr="009136E3">
              <w:rPr>
                <w:sz w:val="16"/>
                <w:lang w:val="el-GR"/>
              </w:rPr>
              <w:t xml:space="preserve"> 61 </w:t>
            </w:r>
            <w:r>
              <w:rPr>
                <w:sz w:val="16"/>
              </w:rPr>
              <w:t>WWR</w:t>
            </w:r>
            <w:r w:rsidRPr="009136E3">
              <w:rPr>
                <w:sz w:val="16"/>
                <w:lang w:val="el-GR"/>
              </w:rPr>
              <w:t xml:space="preserve"> ή τεχνικά ισοδύναμο/ανώτερο.</w:t>
            </w:r>
          </w:p>
        </w:tc>
      </w:tr>
      <w:tr w:rsidR="00CF467A" w:rsidRPr="00E5409B" w14:paraId="59F9E18A" w14:textId="77777777">
        <w:trPr>
          <w:jc w:val="center"/>
        </w:trPr>
        <w:tc>
          <w:tcPr>
            <w:tcW w:w="2606" w:type="dxa"/>
            <w:vAlign w:val="center"/>
          </w:tcPr>
          <w:p w14:paraId="06FD4F26" w14:textId="77777777" w:rsidR="00CF467A" w:rsidRDefault="0086219E">
            <w:r>
              <w:rPr>
                <w:sz w:val="16"/>
              </w:rPr>
              <w:t>Καγιάκ / SUP</w:t>
            </w:r>
          </w:p>
        </w:tc>
        <w:tc>
          <w:tcPr>
            <w:tcW w:w="2606" w:type="dxa"/>
            <w:vAlign w:val="center"/>
          </w:tcPr>
          <w:p w14:paraId="3ED21116" w14:textId="77777777" w:rsidR="00CF467A" w:rsidRDefault="0086219E">
            <w:r>
              <w:rPr>
                <w:sz w:val="16"/>
              </w:rPr>
              <w:t>Kayak Prijon CL 430 V1 with Flotation</w:t>
            </w:r>
          </w:p>
        </w:tc>
        <w:tc>
          <w:tcPr>
            <w:tcW w:w="2606" w:type="dxa"/>
            <w:vAlign w:val="center"/>
          </w:tcPr>
          <w:p w14:paraId="1BE6603F" w14:textId="77777777" w:rsidR="00CF467A" w:rsidRDefault="0086219E">
            <w:r>
              <w:rPr>
                <w:sz w:val="16"/>
              </w:rPr>
              <w:t>6</w:t>
            </w:r>
          </w:p>
        </w:tc>
        <w:tc>
          <w:tcPr>
            <w:tcW w:w="2606" w:type="dxa"/>
            <w:vAlign w:val="center"/>
          </w:tcPr>
          <w:p w14:paraId="70070FE6" w14:textId="77777777" w:rsidR="00CF467A" w:rsidRPr="009136E3" w:rsidRDefault="0086219E">
            <w:pPr>
              <w:rPr>
                <w:lang w:val="el-GR"/>
              </w:rPr>
            </w:pPr>
            <w:r>
              <w:rPr>
                <w:sz w:val="16"/>
              </w:rPr>
              <w:t>Kayak</w:t>
            </w:r>
            <w:r w:rsidRPr="009136E3">
              <w:rPr>
                <w:sz w:val="16"/>
                <w:lang w:val="el-GR"/>
              </w:rPr>
              <w:t xml:space="preserve"> τύπου </w:t>
            </w:r>
            <w:r>
              <w:rPr>
                <w:sz w:val="16"/>
              </w:rPr>
              <w:t>Prijon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CL</w:t>
            </w:r>
            <w:r w:rsidRPr="009136E3">
              <w:rPr>
                <w:sz w:val="16"/>
                <w:lang w:val="el-GR"/>
              </w:rPr>
              <w:t xml:space="preserve"> 430 </w:t>
            </w:r>
            <w:r>
              <w:rPr>
                <w:sz w:val="16"/>
              </w:rPr>
              <w:t>V</w:t>
            </w:r>
            <w:r w:rsidRPr="009136E3">
              <w:rPr>
                <w:sz w:val="16"/>
                <w:lang w:val="el-GR"/>
              </w:rPr>
              <w:t>1 με σύστημα πλευστότητας (</w:t>
            </w:r>
            <w:r>
              <w:rPr>
                <w:sz w:val="16"/>
              </w:rPr>
              <w:t>Flotation</w:t>
            </w:r>
            <w:r w:rsidRPr="009136E3">
              <w:rPr>
                <w:sz w:val="16"/>
                <w:lang w:val="el-GR"/>
              </w:rPr>
              <w:t>) ή τεχνικά ισοδύναμο/ανώτερο.</w:t>
            </w:r>
          </w:p>
        </w:tc>
      </w:tr>
      <w:tr w:rsidR="00CF467A" w14:paraId="3ADD7CFC" w14:textId="77777777">
        <w:trPr>
          <w:jc w:val="center"/>
        </w:trPr>
        <w:tc>
          <w:tcPr>
            <w:tcW w:w="2606" w:type="dxa"/>
            <w:vAlign w:val="center"/>
          </w:tcPr>
          <w:p w14:paraId="624E560E" w14:textId="77777777" w:rsidR="00CF467A" w:rsidRDefault="0086219E">
            <w:r>
              <w:rPr>
                <w:sz w:val="16"/>
              </w:rPr>
              <w:t>Καγιάκ / SUP</w:t>
            </w:r>
          </w:p>
        </w:tc>
        <w:tc>
          <w:tcPr>
            <w:tcW w:w="2606" w:type="dxa"/>
            <w:vAlign w:val="center"/>
          </w:tcPr>
          <w:p w14:paraId="724838A4" w14:textId="77777777" w:rsidR="00CF467A" w:rsidRDefault="0086219E">
            <w:r>
              <w:rPr>
                <w:sz w:val="16"/>
              </w:rPr>
              <w:t>Dansprint Pro Kayak Ergometer</w:t>
            </w:r>
          </w:p>
        </w:tc>
        <w:tc>
          <w:tcPr>
            <w:tcW w:w="2606" w:type="dxa"/>
            <w:vAlign w:val="center"/>
          </w:tcPr>
          <w:p w14:paraId="57B1D873" w14:textId="77777777" w:rsidR="00CF467A" w:rsidRDefault="0086219E">
            <w:r>
              <w:rPr>
                <w:sz w:val="16"/>
              </w:rPr>
              <w:t>5</w:t>
            </w:r>
          </w:p>
        </w:tc>
        <w:tc>
          <w:tcPr>
            <w:tcW w:w="2606" w:type="dxa"/>
            <w:vAlign w:val="center"/>
          </w:tcPr>
          <w:p w14:paraId="5CC98AC5" w14:textId="77777777" w:rsidR="00CF467A" w:rsidRDefault="0086219E">
            <w:r>
              <w:rPr>
                <w:sz w:val="16"/>
              </w:rPr>
              <w:t>Εργομετρικό kayak τύπου Dansprint Pro Kayak Ergometer ή τεχνικά ισοδύναμο/ανώτερο.</w:t>
            </w:r>
          </w:p>
        </w:tc>
      </w:tr>
      <w:tr w:rsidR="00CF467A" w:rsidRPr="00E5409B" w14:paraId="3493B6CF" w14:textId="77777777">
        <w:trPr>
          <w:jc w:val="center"/>
        </w:trPr>
        <w:tc>
          <w:tcPr>
            <w:tcW w:w="2606" w:type="dxa"/>
            <w:vAlign w:val="center"/>
          </w:tcPr>
          <w:p w14:paraId="5E10AC15" w14:textId="77777777" w:rsidR="00CF467A" w:rsidRDefault="0086219E">
            <w:r>
              <w:rPr>
                <w:sz w:val="16"/>
              </w:rPr>
              <w:t>Καγιάκ / SUP</w:t>
            </w:r>
          </w:p>
        </w:tc>
        <w:tc>
          <w:tcPr>
            <w:tcW w:w="2606" w:type="dxa"/>
            <w:vAlign w:val="center"/>
          </w:tcPr>
          <w:p w14:paraId="40A687FB" w14:textId="77777777" w:rsidR="00CF467A" w:rsidRDefault="0086219E">
            <w:r>
              <w:rPr>
                <w:sz w:val="16"/>
              </w:rPr>
              <w:t>Concept2 SkiErg</w:t>
            </w:r>
          </w:p>
        </w:tc>
        <w:tc>
          <w:tcPr>
            <w:tcW w:w="2606" w:type="dxa"/>
            <w:vAlign w:val="center"/>
          </w:tcPr>
          <w:p w14:paraId="4FBB86AB" w14:textId="77777777" w:rsidR="00CF467A" w:rsidRDefault="0086219E">
            <w:r>
              <w:rPr>
                <w:sz w:val="16"/>
              </w:rPr>
              <w:t>3</w:t>
            </w:r>
          </w:p>
        </w:tc>
        <w:tc>
          <w:tcPr>
            <w:tcW w:w="2606" w:type="dxa"/>
            <w:vAlign w:val="center"/>
          </w:tcPr>
          <w:p w14:paraId="682A29D5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Εργόμετρο </w:t>
            </w:r>
            <w:r>
              <w:rPr>
                <w:sz w:val="16"/>
              </w:rPr>
              <w:t>SkiErg</w:t>
            </w:r>
            <w:r w:rsidRPr="009136E3">
              <w:rPr>
                <w:sz w:val="16"/>
                <w:lang w:val="el-GR"/>
              </w:rPr>
              <w:t xml:space="preserve"> τύπου </w:t>
            </w:r>
            <w:r>
              <w:rPr>
                <w:sz w:val="16"/>
              </w:rPr>
              <w:t>Concept</w:t>
            </w:r>
            <w:r w:rsidRPr="009136E3">
              <w:rPr>
                <w:sz w:val="16"/>
                <w:lang w:val="el-GR"/>
              </w:rPr>
              <w:t xml:space="preserve">2 </w:t>
            </w:r>
            <w:r>
              <w:rPr>
                <w:sz w:val="16"/>
              </w:rPr>
              <w:t>SkiErg</w:t>
            </w:r>
            <w:r w:rsidRPr="009136E3">
              <w:rPr>
                <w:sz w:val="16"/>
                <w:lang w:val="el-GR"/>
              </w:rPr>
              <w:t xml:space="preserve"> ή τεχνικά ισοδύναμο/ανώτερο.</w:t>
            </w:r>
          </w:p>
        </w:tc>
      </w:tr>
      <w:tr w:rsidR="00CF467A" w:rsidRPr="00E5409B" w14:paraId="683D9321" w14:textId="77777777">
        <w:trPr>
          <w:jc w:val="center"/>
        </w:trPr>
        <w:tc>
          <w:tcPr>
            <w:tcW w:w="2606" w:type="dxa"/>
            <w:vAlign w:val="center"/>
          </w:tcPr>
          <w:p w14:paraId="21D8E24A" w14:textId="77777777" w:rsidR="00CF467A" w:rsidRDefault="0086219E">
            <w:r>
              <w:rPr>
                <w:sz w:val="16"/>
              </w:rPr>
              <w:t>Καγιάκ / SUP</w:t>
            </w:r>
          </w:p>
        </w:tc>
        <w:tc>
          <w:tcPr>
            <w:tcW w:w="2606" w:type="dxa"/>
            <w:vAlign w:val="center"/>
          </w:tcPr>
          <w:p w14:paraId="186E087A" w14:textId="77777777" w:rsidR="00CF467A" w:rsidRDefault="0086219E">
            <w:r>
              <w:rPr>
                <w:sz w:val="16"/>
              </w:rPr>
              <w:t>Inflatable SUP Board 14 × 24''</w:t>
            </w:r>
          </w:p>
        </w:tc>
        <w:tc>
          <w:tcPr>
            <w:tcW w:w="2606" w:type="dxa"/>
            <w:vAlign w:val="center"/>
          </w:tcPr>
          <w:p w14:paraId="5047F0C2" w14:textId="77777777" w:rsidR="00CF467A" w:rsidRDefault="0086219E">
            <w:r>
              <w:rPr>
                <w:sz w:val="16"/>
              </w:rPr>
              <w:t>4</w:t>
            </w:r>
          </w:p>
        </w:tc>
        <w:tc>
          <w:tcPr>
            <w:tcW w:w="2606" w:type="dxa"/>
            <w:vAlign w:val="center"/>
          </w:tcPr>
          <w:p w14:paraId="72EC2468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Φουσκωτή σανίδα </w:t>
            </w:r>
            <w:r>
              <w:rPr>
                <w:sz w:val="16"/>
              </w:rPr>
              <w:t>SUP</w:t>
            </w:r>
            <w:r w:rsidRPr="009136E3">
              <w:rPr>
                <w:sz w:val="16"/>
                <w:lang w:val="el-GR"/>
              </w:rPr>
              <w:t xml:space="preserve">, ενδεικτικός τύπος </w:t>
            </w:r>
            <w:r>
              <w:rPr>
                <w:sz w:val="16"/>
              </w:rPr>
              <w:t>Gladiator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Summit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Sport</w:t>
            </w:r>
            <w:r w:rsidRPr="009136E3">
              <w:rPr>
                <w:sz w:val="16"/>
                <w:lang w:val="el-GR"/>
              </w:rPr>
              <w:t xml:space="preserve"> 14 × 24'' ή τεχνικά ισοδύναμη/ανώτερη.</w:t>
            </w:r>
          </w:p>
        </w:tc>
      </w:tr>
      <w:tr w:rsidR="00CF467A" w:rsidRPr="00E5409B" w14:paraId="77FB5B92" w14:textId="77777777">
        <w:trPr>
          <w:jc w:val="center"/>
        </w:trPr>
        <w:tc>
          <w:tcPr>
            <w:tcW w:w="2606" w:type="dxa"/>
            <w:vAlign w:val="center"/>
          </w:tcPr>
          <w:p w14:paraId="1D4241D1" w14:textId="77777777" w:rsidR="00CF467A" w:rsidRDefault="0086219E">
            <w:r>
              <w:rPr>
                <w:sz w:val="16"/>
              </w:rPr>
              <w:t>Καγιάκ / SUP</w:t>
            </w:r>
          </w:p>
        </w:tc>
        <w:tc>
          <w:tcPr>
            <w:tcW w:w="2606" w:type="dxa"/>
            <w:vAlign w:val="center"/>
          </w:tcPr>
          <w:p w14:paraId="11E3A6D3" w14:textId="77777777" w:rsidR="00CF467A" w:rsidRDefault="0086219E">
            <w:r>
              <w:rPr>
                <w:sz w:val="16"/>
              </w:rPr>
              <w:t>Inflatable SUP Board 14 × 26''</w:t>
            </w:r>
          </w:p>
        </w:tc>
        <w:tc>
          <w:tcPr>
            <w:tcW w:w="2606" w:type="dxa"/>
            <w:vAlign w:val="center"/>
          </w:tcPr>
          <w:p w14:paraId="6583B375" w14:textId="77777777" w:rsidR="00CF467A" w:rsidRDefault="0086219E">
            <w:r>
              <w:rPr>
                <w:sz w:val="16"/>
              </w:rPr>
              <w:t>3</w:t>
            </w:r>
          </w:p>
        </w:tc>
        <w:tc>
          <w:tcPr>
            <w:tcW w:w="2606" w:type="dxa"/>
            <w:vAlign w:val="center"/>
          </w:tcPr>
          <w:p w14:paraId="0888824C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Φουσκωτή σανίδα </w:t>
            </w:r>
            <w:r>
              <w:rPr>
                <w:sz w:val="16"/>
              </w:rPr>
              <w:t>SUP</w:t>
            </w:r>
            <w:r w:rsidRPr="009136E3">
              <w:rPr>
                <w:sz w:val="16"/>
                <w:lang w:val="el-GR"/>
              </w:rPr>
              <w:t xml:space="preserve">, ενδεικτικός τύπος </w:t>
            </w:r>
            <w:r>
              <w:rPr>
                <w:sz w:val="16"/>
              </w:rPr>
              <w:t>Gladiator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Summit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Sport</w:t>
            </w:r>
            <w:r w:rsidRPr="009136E3">
              <w:rPr>
                <w:sz w:val="16"/>
                <w:lang w:val="el-GR"/>
              </w:rPr>
              <w:t xml:space="preserve"> 14 × 26'' ή τεχνικά ισοδύναμη/ανώτερη.</w:t>
            </w:r>
          </w:p>
        </w:tc>
      </w:tr>
      <w:tr w:rsidR="00CF467A" w:rsidRPr="00E5409B" w14:paraId="53C331E4" w14:textId="77777777">
        <w:trPr>
          <w:jc w:val="center"/>
        </w:trPr>
        <w:tc>
          <w:tcPr>
            <w:tcW w:w="2606" w:type="dxa"/>
            <w:vAlign w:val="center"/>
          </w:tcPr>
          <w:p w14:paraId="00F4F890" w14:textId="77777777" w:rsidR="00CF467A" w:rsidRDefault="0086219E">
            <w:r>
              <w:rPr>
                <w:sz w:val="16"/>
              </w:rPr>
              <w:t>Καγιάκ / SUP</w:t>
            </w:r>
          </w:p>
        </w:tc>
        <w:tc>
          <w:tcPr>
            <w:tcW w:w="2606" w:type="dxa"/>
            <w:vAlign w:val="center"/>
          </w:tcPr>
          <w:p w14:paraId="50F05DFD" w14:textId="77777777" w:rsidR="00CF467A" w:rsidRDefault="0086219E">
            <w:r>
              <w:rPr>
                <w:sz w:val="16"/>
              </w:rPr>
              <w:t>Back Ammolite Paddle</w:t>
            </w:r>
          </w:p>
        </w:tc>
        <w:tc>
          <w:tcPr>
            <w:tcW w:w="2606" w:type="dxa"/>
            <w:vAlign w:val="center"/>
          </w:tcPr>
          <w:p w14:paraId="30529D29" w14:textId="77777777" w:rsidR="00CF467A" w:rsidRDefault="0086219E">
            <w:r>
              <w:rPr>
                <w:sz w:val="16"/>
              </w:rPr>
              <w:t>10</w:t>
            </w:r>
          </w:p>
        </w:tc>
        <w:tc>
          <w:tcPr>
            <w:tcW w:w="2606" w:type="dxa"/>
            <w:vAlign w:val="center"/>
          </w:tcPr>
          <w:p w14:paraId="6C640290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Κουπί </w:t>
            </w:r>
            <w:r>
              <w:rPr>
                <w:sz w:val="16"/>
              </w:rPr>
              <w:t>SUP</w:t>
            </w:r>
            <w:r w:rsidRPr="009136E3">
              <w:rPr>
                <w:sz w:val="16"/>
                <w:lang w:val="el-GR"/>
              </w:rPr>
              <w:t xml:space="preserve">/θαλάσσιου αθλητισμού, ενδεικτικός τύπος </w:t>
            </w:r>
            <w:r>
              <w:rPr>
                <w:sz w:val="16"/>
              </w:rPr>
              <w:t>Back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Ammolite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Paddle</w:t>
            </w:r>
            <w:r w:rsidRPr="009136E3">
              <w:rPr>
                <w:sz w:val="16"/>
                <w:lang w:val="el-GR"/>
              </w:rPr>
              <w:t xml:space="preserve"> ή τεχνικά ισοδύναμο/ανώτερο.</w:t>
            </w:r>
          </w:p>
        </w:tc>
      </w:tr>
      <w:tr w:rsidR="00CF467A" w:rsidRPr="00E5409B" w14:paraId="3A080EB0" w14:textId="77777777">
        <w:trPr>
          <w:jc w:val="center"/>
        </w:trPr>
        <w:tc>
          <w:tcPr>
            <w:tcW w:w="2606" w:type="dxa"/>
            <w:vAlign w:val="center"/>
          </w:tcPr>
          <w:p w14:paraId="025DE11B" w14:textId="77777777" w:rsidR="00CF467A" w:rsidRDefault="0086219E">
            <w:r>
              <w:rPr>
                <w:sz w:val="16"/>
              </w:rPr>
              <w:t>Καγιάκ / SUP</w:t>
            </w:r>
          </w:p>
        </w:tc>
        <w:tc>
          <w:tcPr>
            <w:tcW w:w="2606" w:type="dxa"/>
            <w:vAlign w:val="center"/>
          </w:tcPr>
          <w:p w14:paraId="66918426" w14:textId="77777777" w:rsidR="00CF467A" w:rsidRDefault="0086219E">
            <w:r>
              <w:rPr>
                <w:sz w:val="16"/>
              </w:rPr>
              <w:t>Σωσίβιο γιλέκο Neoprene Waves SCK Blue</w:t>
            </w:r>
          </w:p>
        </w:tc>
        <w:tc>
          <w:tcPr>
            <w:tcW w:w="2606" w:type="dxa"/>
            <w:vAlign w:val="center"/>
          </w:tcPr>
          <w:p w14:paraId="7787A09D" w14:textId="77777777" w:rsidR="00CF467A" w:rsidRDefault="0086219E">
            <w:r>
              <w:rPr>
                <w:sz w:val="16"/>
              </w:rPr>
              <w:t>20</w:t>
            </w:r>
          </w:p>
        </w:tc>
        <w:tc>
          <w:tcPr>
            <w:tcW w:w="2606" w:type="dxa"/>
            <w:vAlign w:val="center"/>
          </w:tcPr>
          <w:p w14:paraId="29298CB7" w14:textId="77777777" w:rsidR="00CF467A" w:rsidRPr="009136E3" w:rsidRDefault="0086219E">
            <w:pPr>
              <w:rPr>
                <w:lang w:val="el-GR"/>
              </w:rPr>
            </w:pPr>
            <w:r w:rsidRPr="009136E3">
              <w:rPr>
                <w:sz w:val="16"/>
                <w:lang w:val="el-GR"/>
              </w:rPr>
              <w:t xml:space="preserve">Γιλέκο/σωσίβιο </w:t>
            </w:r>
            <w:r>
              <w:rPr>
                <w:sz w:val="16"/>
              </w:rPr>
              <w:t>neoprene</w:t>
            </w:r>
            <w:r w:rsidRPr="009136E3">
              <w:rPr>
                <w:sz w:val="16"/>
                <w:lang w:val="el-GR"/>
              </w:rPr>
              <w:t xml:space="preserve"> για θαλάσσια αθλητική χρήση, ενδεικτικός τύπος </w:t>
            </w:r>
            <w:r>
              <w:rPr>
                <w:sz w:val="16"/>
              </w:rPr>
              <w:t>Waves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SCK</w:t>
            </w:r>
            <w:r w:rsidRPr="009136E3">
              <w:rPr>
                <w:sz w:val="16"/>
                <w:lang w:val="el-GR"/>
              </w:rPr>
              <w:t xml:space="preserve"> </w:t>
            </w:r>
            <w:r>
              <w:rPr>
                <w:sz w:val="16"/>
              </w:rPr>
              <w:t>Blue</w:t>
            </w:r>
            <w:r w:rsidRPr="009136E3">
              <w:rPr>
                <w:sz w:val="16"/>
                <w:lang w:val="el-GR"/>
              </w:rPr>
              <w:t xml:space="preserve"> ή τεχνικά ισοδύναμο/ανώτερο.</w:t>
            </w:r>
          </w:p>
        </w:tc>
      </w:tr>
    </w:tbl>
    <w:p w14:paraId="62285758" w14:textId="77777777" w:rsidR="00CF467A" w:rsidRPr="009136E3" w:rsidRDefault="00CF467A">
      <w:pPr>
        <w:rPr>
          <w:lang w:val="el-GR"/>
        </w:rPr>
      </w:pPr>
    </w:p>
    <w:p w14:paraId="40ABA9E7" w14:textId="77777777" w:rsidR="00CF467A" w:rsidRPr="009136E3" w:rsidRDefault="0086219E">
      <w:pPr>
        <w:pStyle w:val="1"/>
        <w:rPr>
          <w:lang w:val="el-GR"/>
        </w:rPr>
      </w:pPr>
      <w:r w:rsidRPr="009136E3">
        <w:rPr>
          <w:lang w:val="el-GR"/>
        </w:rPr>
        <w:t>3. Όροι και στοιχεία που πρέπει να περιλαμβάνει η προσφορά</w:t>
      </w:r>
    </w:p>
    <w:p w14:paraId="14A1E214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• Τιμή μονάδας και συνολική καθαρή αξία ανά είδος.</w:t>
      </w:r>
    </w:p>
    <w:p w14:paraId="216AE6F8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• ΦΠΑ και συνολική αξία συμπεριλαμβανομένου ΦΠΑ.</w:t>
      </w:r>
    </w:p>
    <w:p w14:paraId="1D2B796F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• Κόστος και όροι μεταφοράς.</w:t>
      </w:r>
    </w:p>
    <w:p w14:paraId="27DE59CA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• Κόστος συναρμολόγησης και εγκατάστασης, όπου απαιτείται.</w:t>
      </w:r>
    </w:p>
    <w:p w14:paraId="378C5AF7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• Διάρκεια και όροι εγγύησης.</w:t>
      </w:r>
    </w:p>
    <w:p w14:paraId="1E8A8229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• Τεχνικά φυλλάδια ή αναλυτική τεχνική περιγραφή των προσφερόμενων ειδών.</w:t>
      </w:r>
    </w:p>
    <w:p w14:paraId="42B01CDC" w14:textId="4254CFEA" w:rsidR="00CF467A" w:rsidRPr="009136E3" w:rsidRDefault="0086219E">
      <w:pPr>
        <w:rPr>
          <w:lang w:val="el-GR"/>
        </w:rPr>
      </w:pPr>
      <w:r w:rsidRPr="009136E3">
        <w:rPr>
          <w:lang w:val="el-GR"/>
        </w:rPr>
        <w:t>• Χρόνος ισχύος της προσφοράς</w:t>
      </w:r>
      <w:r w:rsidR="000C0075">
        <w:rPr>
          <w:lang w:val="el-GR"/>
        </w:rPr>
        <w:t xml:space="preserve">, επιθυμητή ένα έτος. </w:t>
      </w:r>
    </w:p>
    <w:p w14:paraId="79500613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• Όροι πληρωμής.</w:t>
      </w:r>
    </w:p>
    <w:p w14:paraId="0E060529" w14:textId="77777777" w:rsidR="00CF467A" w:rsidRPr="009136E3" w:rsidRDefault="0086219E">
      <w:pPr>
        <w:pStyle w:val="1"/>
        <w:rPr>
          <w:lang w:val="el-GR"/>
        </w:rPr>
      </w:pPr>
      <w:r w:rsidRPr="009136E3">
        <w:rPr>
          <w:lang w:val="el-GR"/>
        </w:rPr>
        <w:t>4. Τεχνικές επισημάνσεις</w:t>
      </w:r>
    </w:p>
    <w:p w14:paraId="1800ABEC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Ο προσφερόμενος εξοπλισμός θα πρέπει να είναι κατάλληλος για συστηματική χρήση σε αθλητικό/προπονητικό χώρο και να πληροί τις ισχύουσες απαιτήσεις ασφάλειας και ποιότητας. Ο προμηθευτής οφείλει να αναφέρει με σαφήνεια τυχόν αποκλίσεις από τις ζητούμενες προδιαγραφές.</w:t>
      </w:r>
    </w:p>
    <w:p w14:paraId="6CD02EC9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Όπου αναφέρεται ενδεικτικό μοντέλο ή εμπορική ονομασία, αυτό δεν αποτελεί υποχρεωτική απαίτηση συγκεκριμένης μάρκας. Γίνονται δεκτές προσφορές ισοδύναμου ή ανώτερου εξοπλισμού, εφόσον τεκμηριώνεται η αντιστοιχία των τεχνικών χαρακτηριστικών.</w:t>
      </w:r>
    </w:p>
    <w:p w14:paraId="099FBBC0" w14:textId="77777777" w:rsidR="00CF467A" w:rsidRPr="009136E3" w:rsidRDefault="0086219E">
      <w:pPr>
        <w:rPr>
          <w:lang w:val="el-GR"/>
        </w:rPr>
      </w:pPr>
      <w:r w:rsidRPr="009136E3">
        <w:rPr>
          <w:lang w:val="el-GR"/>
        </w:rPr>
        <w:t>Για κάθε προσφερόμενο είδος ο οικονομικός φορέας θα πρέπει να αναφέρει τον κατασκευαστή, το μοντέλο/τύπο, τα βασικά τεχνικά χαρακτηριστικά και, όπου είναι διαθέσιμο, να επισυνάπτει τεχνικό φυλλάδιο ή επίσημη τεκμηρίωση του κατασκευαστή.</w:t>
      </w:r>
    </w:p>
    <w:p w14:paraId="4FF2696D" w14:textId="77777777" w:rsidR="00CF467A" w:rsidRDefault="0086219E">
      <w:pPr>
        <w:pStyle w:val="1"/>
      </w:pPr>
      <w:r>
        <w:t>5. Στοιχεία προμηθευτή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213"/>
        <w:gridCol w:w="5213"/>
      </w:tblGrid>
      <w:tr w:rsidR="00CF467A" w14:paraId="1BE997FB" w14:textId="77777777">
        <w:tc>
          <w:tcPr>
            <w:tcW w:w="5213" w:type="dxa"/>
            <w:shd w:val="clear" w:color="auto" w:fill="D9EAF7"/>
            <w:vAlign w:val="center"/>
          </w:tcPr>
          <w:p w14:paraId="21C348AD" w14:textId="77777777" w:rsidR="00CF467A" w:rsidRDefault="0086219E">
            <w:r>
              <w:rPr>
                <w:b/>
                <w:sz w:val="16"/>
              </w:rPr>
              <w:t>Επωνυμία</w:t>
            </w:r>
          </w:p>
        </w:tc>
        <w:tc>
          <w:tcPr>
            <w:tcW w:w="5213" w:type="dxa"/>
            <w:vAlign w:val="center"/>
          </w:tcPr>
          <w:p w14:paraId="5BC7D2AA" w14:textId="77777777" w:rsidR="00CF467A" w:rsidRDefault="0086219E">
            <w:r>
              <w:rPr>
                <w:sz w:val="16"/>
              </w:rPr>
              <w:t>____________________________________________</w:t>
            </w:r>
          </w:p>
        </w:tc>
      </w:tr>
      <w:tr w:rsidR="00CF467A" w14:paraId="7E9C5887" w14:textId="77777777">
        <w:tc>
          <w:tcPr>
            <w:tcW w:w="5213" w:type="dxa"/>
            <w:shd w:val="clear" w:color="auto" w:fill="D9EAF7"/>
            <w:vAlign w:val="center"/>
          </w:tcPr>
          <w:p w14:paraId="6B7831F3" w14:textId="77777777" w:rsidR="00CF467A" w:rsidRDefault="0086219E">
            <w:r>
              <w:rPr>
                <w:b/>
                <w:sz w:val="16"/>
              </w:rPr>
              <w:t>ΑΦΜ / ΔΟΥ</w:t>
            </w:r>
          </w:p>
        </w:tc>
        <w:tc>
          <w:tcPr>
            <w:tcW w:w="5213" w:type="dxa"/>
            <w:vAlign w:val="center"/>
          </w:tcPr>
          <w:p w14:paraId="7D213933" w14:textId="77777777" w:rsidR="00CF467A" w:rsidRDefault="0086219E">
            <w:r>
              <w:rPr>
                <w:sz w:val="16"/>
              </w:rPr>
              <w:t>____________________________________________</w:t>
            </w:r>
          </w:p>
        </w:tc>
      </w:tr>
      <w:tr w:rsidR="00CF467A" w14:paraId="67FA5AC4" w14:textId="77777777">
        <w:tc>
          <w:tcPr>
            <w:tcW w:w="5213" w:type="dxa"/>
            <w:shd w:val="clear" w:color="auto" w:fill="D9EAF7"/>
            <w:vAlign w:val="center"/>
          </w:tcPr>
          <w:p w14:paraId="4EFD2EC0" w14:textId="77777777" w:rsidR="00CF467A" w:rsidRDefault="0086219E">
            <w:r>
              <w:rPr>
                <w:b/>
                <w:sz w:val="16"/>
              </w:rPr>
              <w:t>Διεύθυνση</w:t>
            </w:r>
          </w:p>
        </w:tc>
        <w:tc>
          <w:tcPr>
            <w:tcW w:w="5213" w:type="dxa"/>
            <w:vAlign w:val="center"/>
          </w:tcPr>
          <w:p w14:paraId="61F75164" w14:textId="77777777" w:rsidR="00CF467A" w:rsidRDefault="0086219E">
            <w:r>
              <w:rPr>
                <w:sz w:val="16"/>
              </w:rPr>
              <w:t>____________________________________________</w:t>
            </w:r>
          </w:p>
        </w:tc>
      </w:tr>
      <w:tr w:rsidR="00CF467A" w14:paraId="51E1D350" w14:textId="77777777">
        <w:tc>
          <w:tcPr>
            <w:tcW w:w="5213" w:type="dxa"/>
            <w:shd w:val="clear" w:color="auto" w:fill="D9EAF7"/>
            <w:vAlign w:val="center"/>
          </w:tcPr>
          <w:p w14:paraId="0A79118F" w14:textId="77777777" w:rsidR="00CF467A" w:rsidRDefault="0086219E">
            <w:r>
              <w:rPr>
                <w:b/>
                <w:sz w:val="16"/>
              </w:rPr>
              <w:t>Τηλέφωνο / E-mail</w:t>
            </w:r>
          </w:p>
        </w:tc>
        <w:tc>
          <w:tcPr>
            <w:tcW w:w="5213" w:type="dxa"/>
            <w:vAlign w:val="center"/>
          </w:tcPr>
          <w:p w14:paraId="61A35431" w14:textId="77777777" w:rsidR="00CF467A" w:rsidRDefault="0086219E">
            <w:r>
              <w:rPr>
                <w:sz w:val="16"/>
              </w:rPr>
              <w:t>____________________________________________</w:t>
            </w:r>
          </w:p>
        </w:tc>
      </w:tr>
      <w:tr w:rsidR="00CF467A" w14:paraId="45B5F819" w14:textId="77777777">
        <w:tc>
          <w:tcPr>
            <w:tcW w:w="5213" w:type="dxa"/>
            <w:shd w:val="clear" w:color="auto" w:fill="D9EAF7"/>
            <w:vAlign w:val="center"/>
          </w:tcPr>
          <w:p w14:paraId="5F747309" w14:textId="77777777" w:rsidR="00CF467A" w:rsidRDefault="0086219E">
            <w:r>
              <w:rPr>
                <w:b/>
                <w:sz w:val="16"/>
              </w:rPr>
              <w:t>Υπεύθυνος επικοινωνίας</w:t>
            </w:r>
          </w:p>
        </w:tc>
        <w:tc>
          <w:tcPr>
            <w:tcW w:w="5213" w:type="dxa"/>
            <w:vAlign w:val="center"/>
          </w:tcPr>
          <w:p w14:paraId="116E0B58" w14:textId="77777777" w:rsidR="00CF467A" w:rsidRDefault="0086219E">
            <w:r>
              <w:rPr>
                <w:sz w:val="16"/>
              </w:rPr>
              <w:t>____________________________________________</w:t>
            </w:r>
          </w:p>
        </w:tc>
      </w:tr>
      <w:tr w:rsidR="00CF467A" w14:paraId="00C04295" w14:textId="77777777">
        <w:tc>
          <w:tcPr>
            <w:tcW w:w="5213" w:type="dxa"/>
            <w:shd w:val="clear" w:color="auto" w:fill="D9EAF7"/>
            <w:vAlign w:val="center"/>
          </w:tcPr>
          <w:p w14:paraId="70FBBBB5" w14:textId="77777777" w:rsidR="00CF467A" w:rsidRDefault="0086219E">
            <w:r>
              <w:rPr>
                <w:b/>
                <w:sz w:val="16"/>
              </w:rPr>
              <w:t>Ημερομηνία προσφοράς</w:t>
            </w:r>
          </w:p>
        </w:tc>
        <w:tc>
          <w:tcPr>
            <w:tcW w:w="5213" w:type="dxa"/>
            <w:vAlign w:val="center"/>
          </w:tcPr>
          <w:p w14:paraId="045D0CCA" w14:textId="77777777" w:rsidR="00CF467A" w:rsidRDefault="0086219E">
            <w:r>
              <w:rPr>
                <w:sz w:val="16"/>
              </w:rPr>
              <w:t>____ / ____ / ________</w:t>
            </w:r>
          </w:p>
        </w:tc>
      </w:tr>
    </w:tbl>
    <w:p w14:paraId="6AC6ED26" w14:textId="77777777" w:rsidR="00CF467A" w:rsidRDefault="00CF467A"/>
    <w:p w14:paraId="6C84AC49" w14:textId="77777777" w:rsidR="00CF467A" w:rsidRDefault="0086219E">
      <w:pPr>
        <w:pStyle w:val="1"/>
      </w:pPr>
      <w:r>
        <w:t>6. Υποβολή προσφοράς</w:t>
      </w:r>
    </w:p>
    <w:p w14:paraId="5A866313" w14:textId="508775AB" w:rsidR="00E13867" w:rsidRDefault="0086219E" w:rsidP="00E13867">
      <w:pPr>
        <w:spacing w:line="360" w:lineRule="auto"/>
        <w:jc w:val="both"/>
        <w:rPr>
          <w:lang w:val="el-GR"/>
        </w:rPr>
      </w:pPr>
      <w:r w:rsidRPr="009136E3">
        <w:rPr>
          <w:lang w:val="el-GR"/>
        </w:rPr>
        <w:t>Οι προσφορές υποβάλλονται σύμφωνα με τις οδηγίες, την προθεσμία και τα στοιχεία επικοινωνίας που αναφέρονται στην παρούσα πρόσκληση ή στη σχετική ανακοίνωση του Ναυτικού Ομίλου Χανίων.</w:t>
      </w:r>
    </w:p>
    <w:p w14:paraId="13D21889" w14:textId="05501EDC" w:rsidR="00E5409B" w:rsidRDefault="00E5409B" w:rsidP="00E5409B">
      <w:pPr>
        <w:rPr>
          <w:lang w:val="el-GR"/>
        </w:rPr>
      </w:pPr>
      <w:r>
        <w:rPr>
          <w:rFonts w:cs="Arial"/>
          <w:sz w:val="22"/>
        </w:rPr>
        <w:t>7</w:t>
      </w:r>
      <w:r>
        <w:rPr>
          <w:rFonts w:cs="Arial"/>
          <w:sz w:val="22"/>
          <w:lang w:val="el-GR"/>
        </w:rPr>
        <w:t xml:space="preserve">. </w:t>
      </w:r>
      <w:r w:rsidRPr="009136E3">
        <w:rPr>
          <w:lang w:val="el-GR"/>
        </w:rPr>
        <w:t>Οι προσφορές υποβάλλονται</w:t>
      </w:r>
      <w:r>
        <w:rPr>
          <w:lang w:val="el-GR"/>
        </w:rPr>
        <w:t xml:space="preserve"> στον Ναυτικό Όμιλο Χανίων, Ακτή Κανάρη Νέα Χώρα, Χανιά.</w:t>
      </w:r>
    </w:p>
    <w:p w14:paraId="77BA000D" w14:textId="35A0F83F" w:rsidR="00E5409B" w:rsidRDefault="00E5409B" w:rsidP="00E13867">
      <w:pPr>
        <w:spacing w:line="360" w:lineRule="auto"/>
        <w:jc w:val="both"/>
        <w:rPr>
          <w:lang w:val="el-GR"/>
        </w:rPr>
      </w:pPr>
    </w:p>
    <w:p w14:paraId="7B6056BC" w14:textId="77777777" w:rsidR="00E5409B" w:rsidRDefault="00E5409B" w:rsidP="00E13867">
      <w:pPr>
        <w:spacing w:line="360" w:lineRule="auto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  <w:lang w:val="el"/>
        </w:rPr>
      </w:pPr>
    </w:p>
    <w:p w14:paraId="7093A624" w14:textId="77777777" w:rsidR="00E13867" w:rsidRPr="00E13867" w:rsidRDefault="00E13867" w:rsidP="00E13867">
      <w:pPr>
        <w:spacing w:line="360" w:lineRule="auto"/>
        <w:outlineLvl w:val="0"/>
        <w:rPr>
          <w:rFonts w:ascii="Calibri" w:hAnsi="Calibri" w:cs="Calibri"/>
          <w:sz w:val="24"/>
          <w:szCs w:val="24"/>
          <w:lang w:val="el-GR"/>
        </w:rPr>
      </w:pPr>
      <w:r w:rsidRPr="00E5409B">
        <w:rPr>
          <w:rFonts w:cs="Arial"/>
          <w:sz w:val="22"/>
          <w:lang w:val="el-GR"/>
        </w:rPr>
        <w:tab/>
      </w:r>
      <w:r w:rsidRPr="00E5409B">
        <w:rPr>
          <w:rFonts w:cs="Arial"/>
          <w:sz w:val="22"/>
          <w:lang w:val="el-GR"/>
        </w:rPr>
        <w:tab/>
      </w:r>
      <w:r w:rsidRPr="00E5409B">
        <w:rPr>
          <w:rFonts w:cs="Arial"/>
          <w:sz w:val="22"/>
          <w:lang w:val="el-GR"/>
        </w:rPr>
        <w:tab/>
      </w:r>
      <w:r w:rsidRPr="00E5409B">
        <w:rPr>
          <w:rFonts w:cs="Arial"/>
          <w:sz w:val="22"/>
          <w:lang w:val="el-GR"/>
        </w:rPr>
        <w:tab/>
      </w:r>
      <w:r w:rsidRPr="00E5409B">
        <w:rPr>
          <w:rFonts w:cs="Arial"/>
          <w:sz w:val="22"/>
          <w:lang w:val="el-GR"/>
        </w:rPr>
        <w:tab/>
      </w:r>
      <w:r w:rsidRPr="00E13867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5910091" wp14:editId="26CF5D5F">
            <wp:simplePos x="0" y="0"/>
            <wp:positionH relativeFrom="column">
              <wp:posOffset>2209800</wp:posOffset>
            </wp:positionH>
            <wp:positionV relativeFrom="paragraph">
              <wp:posOffset>227330</wp:posOffset>
            </wp:positionV>
            <wp:extent cx="1276350" cy="1266825"/>
            <wp:effectExtent l="0" t="0" r="0" b="9525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C3DBCCE" wp14:editId="67812CFC">
            <wp:simplePos x="0" y="0"/>
            <wp:positionH relativeFrom="column">
              <wp:posOffset>352425</wp:posOffset>
            </wp:positionH>
            <wp:positionV relativeFrom="paragraph">
              <wp:posOffset>268605</wp:posOffset>
            </wp:positionV>
            <wp:extent cx="1894840" cy="676275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3867">
        <w:rPr>
          <w:rFonts w:ascii="Calibri" w:hAnsi="Calibri" w:cs="Calibri"/>
          <w:sz w:val="24"/>
          <w:szCs w:val="24"/>
          <w:lang w:val="el-GR"/>
        </w:rPr>
        <w:t>Για το Διοικητικό Συμβούλιο</w:t>
      </w:r>
    </w:p>
    <w:p w14:paraId="6B59B5E7" w14:textId="77777777" w:rsidR="00E13867" w:rsidRPr="00E13867" w:rsidRDefault="00E13867" w:rsidP="00E13867">
      <w:pPr>
        <w:spacing w:line="360" w:lineRule="auto"/>
        <w:jc w:val="center"/>
        <w:rPr>
          <w:rFonts w:ascii="Calibri" w:hAnsi="Calibri" w:cs="Calibri"/>
          <w:sz w:val="24"/>
          <w:szCs w:val="24"/>
          <w:lang w:val="el-G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1A7AD04" wp14:editId="78A55AC0">
            <wp:simplePos x="0" y="0"/>
            <wp:positionH relativeFrom="column">
              <wp:posOffset>3714750</wp:posOffset>
            </wp:positionH>
            <wp:positionV relativeFrom="paragraph">
              <wp:posOffset>121285</wp:posOffset>
            </wp:positionV>
            <wp:extent cx="1628775" cy="895350"/>
            <wp:effectExtent l="0" t="0" r="9525" b="0"/>
            <wp:wrapNone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A43E73" w14:textId="77777777" w:rsidR="00E13867" w:rsidRPr="00E13867" w:rsidRDefault="00E13867" w:rsidP="00E13867">
      <w:pPr>
        <w:spacing w:line="360" w:lineRule="auto"/>
        <w:jc w:val="center"/>
        <w:rPr>
          <w:rFonts w:ascii="Calibri" w:hAnsi="Calibri" w:cs="Calibri"/>
          <w:sz w:val="24"/>
          <w:szCs w:val="24"/>
          <w:lang w:val="el-GR"/>
        </w:rPr>
      </w:pPr>
      <w:r w:rsidRPr="00E13867">
        <w:rPr>
          <w:rFonts w:ascii="Calibri" w:hAnsi="Calibri" w:cs="Calibri"/>
          <w:sz w:val="24"/>
          <w:szCs w:val="24"/>
          <w:lang w:val="el-GR"/>
        </w:rPr>
        <w:t>Ο</w:t>
      </w:r>
      <w:r w:rsidRPr="00E13867">
        <w:rPr>
          <w:lang w:val="el-GR"/>
        </w:rPr>
        <w:t xml:space="preserve"> </w:t>
      </w:r>
      <w:r w:rsidRPr="00E13867">
        <w:rPr>
          <w:rFonts w:ascii="Calibri" w:hAnsi="Calibri" w:cs="Calibri"/>
          <w:sz w:val="24"/>
          <w:szCs w:val="24"/>
          <w:lang w:val="el-GR"/>
        </w:rPr>
        <w:t xml:space="preserve"> Πρόεδρος</w:t>
      </w:r>
      <w:r w:rsidRPr="00E13867">
        <w:rPr>
          <w:rFonts w:ascii="Calibri" w:hAnsi="Calibri" w:cs="Calibri"/>
          <w:sz w:val="24"/>
          <w:szCs w:val="24"/>
          <w:lang w:val="el-GR"/>
        </w:rPr>
        <w:tab/>
      </w:r>
      <w:r w:rsidRPr="00E13867">
        <w:rPr>
          <w:rFonts w:ascii="Calibri" w:hAnsi="Calibri" w:cs="Calibri"/>
          <w:sz w:val="24"/>
          <w:szCs w:val="24"/>
          <w:lang w:val="el-GR"/>
        </w:rPr>
        <w:tab/>
      </w:r>
      <w:r w:rsidRPr="00E13867">
        <w:rPr>
          <w:rFonts w:ascii="Calibri" w:hAnsi="Calibri" w:cs="Calibri"/>
          <w:sz w:val="24"/>
          <w:szCs w:val="24"/>
          <w:lang w:val="el-GR"/>
        </w:rPr>
        <w:tab/>
      </w:r>
      <w:r w:rsidRPr="00E13867">
        <w:rPr>
          <w:rFonts w:ascii="Calibri" w:hAnsi="Calibri" w:cs="Calibri"/>
          <w:sz w:val="24"/>
          <w:szCs w:val="24"/>
          <w:lang w:val="el-GR"/>
        </w:rPr>
        <w:tab/>
        <w:t>Ο Γεν. Γραμματέας</w:t>
      </w:r>
    </w:p>
    <w:p w14:paraId="16FCB266" w14:textId="77777777" w:rsidR="00E13867" w:rsidRPr="00E13867" w:rsidRDefault="00E13867" w:rsidP="00E13867">
      <w:pPr>
        <w:spacing w:line="360" w:lineRule="auto"/>
        <w:rPr>
          <w:lang w:val="el-GR"/>
        </w:rPr>
      </w:pPr>
      <w:r w:rsidRPr="00E13867">
        <w:rPr>
          <w:rFonts w:ascii="Calibri" w:hAnsi="Calibri" w:cs="Calibri"/>
          <w:sz w:val="24"/>
          <w:szCs w:val="24"/>
          <w:lang w:val="el-GR"/>
        </w:rPr>
        <w:t xml:space="preserve">                     Θεόδωρος Νικολαίδης </w:t>
      </w:r>
      <w:r w:rsidRPr="00E13867">
        <w:rPr>
          <w:rFonts w:ascii="Calibri" w:hAnsi="Calibri" w:cs="Calibri"/>
          <w:sz w:val="24"/>
          <w:szCs w:val="24"/>
          <w:lang w:val="el-GR"/>
        </w:rPr>
        <w:tab/>
      </w:r>
      <w:r w:rsidRPr="00E13867">
        <w:rPr>
          <w:rFonts w:ascii="Calibri" w:hAnsi="Calibri" w:cs="Calibri"/>
          <w:sz w:val="24"/>
          <w:szCs w:val="24"/>
          <w:lang w:val="el-GR"/>
        </w:rPr>
        <w:tab/>
        <w:t xml:space="preserve">                    Γεώργιος Στυλιανός Μαραγκάκης</w:t>
      </w:r>
    </w:p>
    <w:p w14:paraId="38D25E09" w14:textId="7754A6D4" w:rsidR="00CF467A" w:rsidRPr="009136E3" w:rsidRDefault="00CF467A">
      <w:pPr>
        <w:rPr>
          <w:lang w:val="el-GR"/>
        </w:rPr>
      </w:pPr>
    </w:p>
    <w:sectPr w:rsidR="00CF467A" w:rsidRPr="009136E3" w:rsidSect="00034616">
      <w:footerReference w:type="default" r:id="rId11"/>
      <w:pgSz w:w="12240" w:h="15840"/>
      <w:pgMar w:top="964" w:right="907" w:bottom="96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55117" w14:textId="77777777" w:rsidR="00F27572" w:rsidRDefault="00F27572">
      <w:pPr>
        <w:spacing w:after="0" w:line="240" w:lineRule="auto"/>
      </w:pPr>
      <w:r>
        <w:separator/>
      </w:r>
    </w:p>
  </w:endnote>
  <w:endnote w:type="continuationSeparator" w:id="0">
    <w:p w14:paraId="79C52166" w14:textId="77777777" w:rsidR="00F27572" w:rsidRDefault="00F27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2E3D" w14:textId="77777777" w:rsidR="00CF467A" w:rsidRPr="009136E3" w:rsidRDefault="0086219E">
    <w:pPr>
      <w:pStyle w:val="a6"/>
      <w:jc w:val="center"/>
      <w:rPr>
        <w:lang w:val="el-GR"/>
      </w:rPr>
    </w:pPr>
    <w:r w:rsidRPr="009136E3">
      <w:rPr>
        <w:sz w:val="16"/>
        <w:lang w:val="el-GR"/>
      </w:rPr>
      <w:t>Πρόσκληση υποβολής προσφορών – Εξοπλισμός Ναυτικού Ομίλου Χανίων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07780" w14:textId="77777777" w:rsidR="00F27572" w:rsidRDefault="00F27572">
      <w:pPr>
        <w:spacing w:after="0" w:line="240" w:lineRule="auto"/>
      </w:pPr>
      <w:r>
        <w:separator/>
      </w:r>
    </w:p>
  </w:footnote>
  <w:footnote w:type="continuationSeparator" w:id="0">
    <w:p w14:paraId="43C98122" w14:textId="77777777" w:rsidR="00F27572" w:rsidRDefault="00F27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0075"/>
    <w:rsid w:val="0015074B"/>
    <w:rsid w:val="001C14D6"/>
    <w:rsid w:val="0029639D"/>
    <w:rsid w:val="00326F90"/>
    <w:rsid w:val="00397A57"/>
    <w:rsid w:val="006202F6"/>
    <w:rsid w:val="0086219E"/>
    <w:rsid w:val="009136E3"/>
    <w:rsid w:val="00AA1D8D"/>
    <w:rsid w:val="00B47730"/>
    <w:rsid w:val="00CB0664"/>
    <w:rsid w:val="00CF467A"/>
    <w:rsid w:val="00E13867"/>
    <w:rsid w:val="00E5409B"/>
    <w:rsid w:val="00F27572"/>
    <w:rsid w:val="00FB05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A9980"/>
  <w14:defaultImageDpi w14:val="300"/>
  <w15:docId w15:val="{09B172C5-43D6-4222-8538-5F2F3A8F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4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1239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Ρόδω</cp:lastModifiedBy>
  <cp:revision>4</cp:revision>
  <dcterms:created xsi:type="dcterms:W3CDTF">2013-12-23T23:15:00Z</dcterms:created>
  <dcterms:modified xsi:type="dcterms:W3CDTF">2026-08-11T08:02:00Z</dcterms:modified>
  <cp:category/>
</cp:coreProperties>
</file>